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7CE8C" w14:textId="77777777" w:rsidR="009C2C9C" w:rsidRDefault="009C2C9C">
      <w:pPr>
        <w:pStyle w:val="Title"/>
        <w:jc w:val="center"/>
        <w:rPr>
          <w:rFonts w:ascii="Arial" w:eastAsia="Arial" w:hAnsi="Arial"/>
        </w:rPr>
      </w:pPr>
    </w:p>
    <w:p w14:paraId="6BB26A61" w14:textId="052C1B16" w:rsidR="0022027E" w:rsidRDefault="009C2C9C">
      <w:pPr>
        <w:pStyle w:val="Title"/>
        <w:jc w:val="center"/>
      </w:pPr>
      <w:r w:rsidRPr="009C2C9C">
        <w:rPr>
          <w:rFonts w:ascii="Arial" w:eastAsia="Arial" w:hAnsi="Arial"/>
          <w:noProof/>
        </w:rPr>
        <w:drawing>
          <wp:anchor distT="0" distB="0" distL="114300" distR="114300" simplePos="0" relativeHeight="251658240" behindDoc="0" locked="0" layoutInCell="1" allowOverlap="1" wp14:anchorId="544BB87D" wp14:editId="18BF7D06">
            <wp:simplePos x="0" y="0"/>
            <wp:positionH relativeFrom="margin">
              <wp:posOffset>-22860</wp:posOffset>
            </wp:positionH>
            <wp:positionV relativeFrom="margin">
              <wp:posOffset>-485140</wp:posOffset>
            </wp:positionV>
            <wp:extent cx="1435174" cy="673135"/>
            <wp:effectExtent l="0" t="0" r="0" b="0"/>
            <wp:wrapSquare wrapText="bothSides"/>
            <wp:docPr id="117834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47522" name=""/>
                    <pic:cNvPicPr/>
                  </pic:nvPicPr>
                  <pic:blipFill>
                    <a:blip r:embed="rId8"/>
                    <a:stretch>
                      <a:fillRect/>
                    </a:stretch>
                  </pic:blipFill>
                  <pic:spPr>
                    <a:xfrm>
                      <a:off x="0" y="0"/>
                      <a:ext cx="1435174" cy="673135"/>
                    </a:xfrm>
                    <a:prstGeom prst="rect">
                      <a:avLst/>
                    </a:prstGeom>
                  </pic:spPr>
                </pic:pic>
              </a:graphicData>
            </a:graphic>
            <wp14:sizeRelH relativeFrom="margin">
              <wp14:pctWidth>0</wp14:pctWidth>
            </wp14:sizeRelH>
            <wp14:sizeRelV relativeFrom="margin">
              <wp14:pctHeight>0</wp14:pctHeight>
            </wp14:sizeRelV>
          </wp:anchor>
        </w:drawing>
      </w:r>
      <w:r w:rsidR="00E43F18">
        <w:rPr>
          <w:rFonts w:ascii="Arial" w:eastAsia="Arial" w:hAnsi="Arial"/>
        </w:rPr>
        <w:t>Seasonal Vendor in Parks Program</w:t>
      </w:r>
    </w:p>
    <w:p w14:paraId="36A80BE4" w14:textId="77777777" w:rsidR="0022027E" w:rsidRDefault="00E43F18">
      <w:pPr>
        <w:jc w:val="center"/>
      </w:pPr>
      <w:r>
        <w:rPr>
          <w:b/>
          <w:sz w:val="24"/>
        </w:rPr>
        <w:t>Required Documents Template for Applicants</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243050D0" w14:textId="77777777">
        <w:trPr>
          <w:jc w:val="center"/>
        </w:trPr>
        <w:tc>
          <w:tcPr>
            <w:tcW w:w="10368" w:type="dxa"/>
            <w:shd w:val="clear" w:color="auto" w:fill="FCE4D6"/>
            <w:vAlign w:val="center"/>
          </w:tcPr>
          <w:p w14:paraId="67DCFF05" w14:textId="73D7F3F7" w:rsidR="0022027E" w:rsidRDefault="00E43F18">
            <w:pPr>
              <w:spacing w:after="0"/>
            </w:pPr>
            <w:r>
              <w:rPr>
                <w:sz w:val="18"/>
              </w:rPr>
              <w:t>Template purpose: Use this document as a guide when preparing the attachments required for a Seasonal Vendor in Parks application. Replace all bracketed text with your own information and attach clear, legible copies of applicable permits, letters, certificates, plans, photos, and safety documentation.</w:t>
            </w:r>
          </w:p>
        </w:tc>
      </w:tr>
    </w:tbl>
    <w:p w14:paraId="6C9907E9"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5177"/>
        <w:gridCol w:w="5175"/>
      </w:tblGrid>
      <w:tr w:rsidR="0022027E" w14:paraId="342579DB" w14:textId="77777777">
        <w:trPr>
          <w:jc w:val="center"/>
        </w:trPr>
        <w:tc>
          <w:tcPr>
            <w:tcW w:w="5184" w:type="dxa"/>
            <w:shd w:val="clear" w:color="auto" w:fill="EAF3F8"/>
            <w:vAlign w:val="center"/>
          </w:tcPr>
          <w:p w14:paraId="45D1795E" w14:textId="71E33B1A" w:rsidR="0022027E" w:rsidRDefault="00E43F18">
            <w:pPr>
              <w:spacing w:after="0"/>
            </w:pPr>
            <w:r>
              <w:rPr>
                <w:b/>
                <w:sz w:val="18"/>
              </w:rPr>
              <w:t>Applicant / Business Name</w:t>
            </w:r>
          </w:p>
        </w:tc>
        <w:tc>
          <w:tcPr>
            <w:tcW w:w="5184" w:type="dxa"/>
            <w:vAlign w:val="center"/>
          </w:tcPr>
          <w:p w14:paraId="1029F194" w14:textId="1CA9A4DE" w:rsidR="0022027E" w:rsidRDefault="0022027E">
            <w:pPr>
              <w:spacing w:after="0"/>
            </w:pPr>
          </w:p>
        </w:tc>
      </w:tr>
      <w:tr w:rsidR="0022027E" w14:paraId="5D57623D" w14:textId="77777777">
        <w:trPr>
          <w:jc w:val="center"/>
        </w:trPr>
        <w:tc>
          <w:tcPr>
            <w:tcW w:w="5184" w:type="dxa"/>
            <w:shd w:val="clear" w:color="auto" w:fill="EAF3F8"/>
            <w:vAlign w:val="center"/>
          </w:tcPr>
          <w:p w14:paraId="1CC09E27" w14:textId="77777777" w:rsidR="0022027E" w:rsidRDefault="00E43F18">
            <w:pPr>
              <w:spacing w:after="0"/>
            </w:pPr>
            <w:r>
              <w:rPr>
                <w:b/>
                <w:sz w:val="18"/>
              </w:rPr>
              <w:t>Permit Holder Name</w:t>
            </w:r>
          </w:p>
        </w:tc>
        <w:tc>
          <w:tcPr>
            <w:tcW w:w="5184" w:type="dxa"/>
            <w:vAlign w:val="center"/>
          </w:tcPr>
          <w:p w14:paraId="247FFE9C" w14:textId="4840C639" w:rsidR="0022027E" w:rsidRDefault="0022027E">
            <w:pPr>
              <w:spacing w:after="0"/>
            </w:pPr>
          </w:p>
        </w:tc>
      </w:tr>
      <w:tr w:rsidR="0022027E" w14:paraId="60D38450" w14:textId="77777777">
        <w:trPr>
          <w:jc w:val="center"/>
        </w:trPr>
        <w:tc>
          <w:tcPr>
            <w:tcW w:w="5184" w:type="dxa"/>
            <w:shd w:val="clear" w:color="auto" w:fill="EAF3F8"/>
            <w:vAlign w:val="center"/>
          </w:tcPr>
          <w:p w14:paraId="7C60A782" w14:textId="77777777" w:rsidR="0022027E" w:rsidRDefault="00E43F18">
            <w:pPr>
              <w:spacing w:after="0"/>
            </w:pPr>
            <w:r>
              <w:rPr>
                <w:b/>
                <w:sz w:val="18"/>
              </w:rPr>
              <w:t>Park Location(s)</w:t>
            </w:r>
          </w:p>
        </w:tc>
        <w:tc>
          <w:tcPr>
            <w:tcW w:w="5184" w:type="dxa"/>
            <w:vAlign w:val="center"/>
          </w:tcPr>
          <w:p w14:paraId="23070EE7" w14:textId="00794484" w:rsidR="0022027E" w:rsidRDefault="0022027E">
            <w:pPr>
              <w:spacing w:after="0"/>
            </w:pPr>
          </w:p>
        </w:tc>
      </w:tr>
      <w:tr w:rsidR="0022027E" w14:paraId="506516D7" w14:textId="77777777">
        <w:trPr>
          <w:jc w:val="center"/>
        </w:trPr>
        <w:tc>
          <w:tcPr>
            <w:tcW w:w="5184" w:type="dxa"/>
            <w:shd w:val="clear" w:color="auto" w:fill="EAF3F8"/>
            <w:vAlign w:val="center"/>
          </w:tcPr>
          <w:p w14:paraId="2D87ED72" w14:textId="2CEDEDF0" w:rsidR="0022027E" w:rsidRDefault="00E43F18">
            <w:pPr>
              <w:spacing w:after="0"/>
            </w:pPr>
            <w:r>
              <w:rPr>
                <w:b/>
                <w:sz w:val="18"/>
              </w:rPr>
              <w:t>Operation Type</w:t>
            </w:r>
          </w:p>
        </w:tc>
        <w:tc>
          <w:tcPr>
            <w:tcW w:w="5184" w:type="dxa"/>
            <w:vAlign w:val="center"/>
          </w:tcPr>
          <w:p w14:paraId="52ACF5F8" w14:textId="767871F2" w:rsidR="0022027E" w:rsidRDefault="0022027E">
            <w:pPr>
              <w:spacing w:after="0"/>
            </w:pPr>
          </w:p>
        </w:tc>
      </w:tr>
      <w:tr w:rsidR="0022027E" w14:paraId="2D3CECBB" w14:textId="77777777">
        <w:trPr>
          <w:jc w:val="center"/>
        </w:trPr>
        <w:tc>
          <w:tcPr>
            <w:tcW w:w="5184" w:type="dxa"/>
            <w:shd w:val="clear" w:color="auto" w:fill="EAF3F8"/>
            <w:vAlign w:val="center"/>
          </w:tcPr>
          <w:p w14:paraId="512A1796" w14:textId="77777777" w:rsidR="0022027E" w:rsidRDefault="00E43F18">
            <w:pPr>
              <w:spacing w:after="0"/>
            </w:pPr>
            <w:r>
              <w:rPr>
                <w:b/>
                <w:sz w:val="18"/>
              </w:rPr>
              <w:t>Date Prepared</w:t>
            </w:r>
          </w:p>
        </w:tc>
        <w:tc>
          <w:tcPr>
            <w:tcW w:w="5184" w:type="dxa"/>
            <w:vAlign w:val="center"/>
          </w:tcPr>
          <w:p w14:paraId="56D7BB65" w14:textId="3F05AFA4" w:rsidR="0022027E" w:rsidRDefault="0022027E">
            <w:pPr>
              <w:spacing w:after="0"/>
            </w:pPr>
          </w:p>
        </w:tc>
      </w:tr>
    </w:tbl>
    <w:p w14:paraId="15529003" w14:textId="77777777" w:rsidR="0022027E" w:rsidRDefault="0022027E"/>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063D1881" w14:textId="77777777">
        <w:trPr>
          <w:jc w:val="center"/>
        </w:trPr>
        <w:tc>
          <w:tcPr>
            <w:tcW w:w="10368" w:type="dxa"/>
            <w:shd w:val="clear" w:color="auto" w:fill="EAF3F8"/>
          </w:tcPr>
          <w:p w14:paraId="1B6B80E9" w14:textId="3F183DAC" w:rsidR="0022027E" w:rsidRDefault="00E43F18">
            <w:pPr>
              <w:spacing w:before="60" w:after="60"/>
            </w:pPr>
            <w:r>
              <w:rPr>
                <w:b/>
                <w:color w:val="1F4E79"/>
                <w:sz w:val="26"/>
              </w:rPr>
              <w:t>1. Required Documents Checklist</w:t>
            </w:r>
          </w:p>
        </w:tc>
      </w:tr>
    </w:tbl>
    <w:p w14:paraId="70E1C6A1" w14:textId="6C9F82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2332"/>
        <w:gridCol w:w="7955"/>
      </w:tblGrid>
      <w:tr w:rsidR="009C2C9C" w14:paraId="04B8D582" w14:textId="77777777" w:rsidTr="003A5FC5">
        <w:trPr>
          <w:jc w:val="center"/>
        </w:trPr>
        <w:tc>
          <w:tcPr>
            <w:tcW w:w="2332" w:type="dxa"/>
            <w:shd w:val="clear" w:color="auto" w:fill="D9D9D9" w:themeFill="background1" w:themeFillShade="D9"/>
            <w:vAlign w:val="center"/>
          </w:tcPr>
          <w:p w14:paraId="208E106B" w14:textId="77777777" w:rsidR="009C2C9C" w:rsidRPr="00074E63" w:rsidRDefault="009C2C9C">
            <w:pPr>
              <w:spacing w:after="0"/>
              <w:jc w:val="center"/>
            </w:pPr>
            <w:r w:rsidRPr="00074E63">
              <w:rPr>
                <w:b/>
                <w:sz w:val="18"/>
              </w:rPr>
              <w:t>Complete</w:t>
            </w:r>
          </w:p>
        </w:tc>
        <w:tc>
          <w:tcPr>
            <w:tcW w:w="7955" w:type="dxa"/>
            <w:shd w:val="clear" w:color="auto" w:fill="D9D9D9" w:themeFill="background1" w:themeFillShade="D9"/>
            <w:vAlign w:val="center"/>
          </w:tcPr>
          <w:p w14:paraId="05188B27" w14:textId="77777777" w:rsidR="009C2C9C" w:rsidRPr="003A5FC5" w:rsidRDefault="009C2C9C">
            <w:pPr>
              <w:spacing w:after="0"/>
              <w:rPr>
                <w:sz w:val="18"/>
                <w:szCs w:val="18"/>
              </w:rPr>
            </w:pPr>
            <w:r w:rsidRPr="003A5FC5">
              <w:rPr>
                <w:b/>
                <w:sz w:val="18"/>
                <w:szCs w:val="18"/>
              </w:rPr>
              <w:t>Required document</w:t>
            </w:r>
          </w:p>
        </w:tc>
      </w:tr>
      <w:tr w:rsidR="009C2C9C" w14:paraId="42320A77" w14:textId="77777777" w:rsidTr="003A5FC5">
        <w:trPr>
          <w:jc w:val="center"/>
        </w:trPr>
        <w:tc>
          <w:tcPr>
            <w:tcW w:w="2332" w:type="dxa"/>
            <w:vAlign w:val="center"/>
          </w:tcPr>
          <w:p w14:paraId="41E37E18" w14:textId="77777777" w:rsidR="009C2C9C" w:rsidRDefault="009C2C9C">
            <w:pPr>
              <w:spacing w:after="0"/>
              <w:jc w:val="center"/>
            </w:pPr>
            <w:r>
              <w:t>☐</w:t>
            </w:r>
          </w:p>
        </w:tc>
        <w:tc>
          <w:tcPr>
            <w:tcW w:w="7955" w:type="dxa"/>
            <w:vAlign w:val="center"/>
          </w:tcPr>
          <w:p w14:paraId="4F693C74" w14:textId="77777777" w:rsidR="009C2C9C" w:rsidRPr="003A5FC5" w:rsidRDefault="009C2C9C">
            <w:pPr>
              <w:spacing w:after="0"/>
              <w:rPr>
                <w:sz w:val="18"/>
                <w:szCs w:val="18"/>
              </w:rPr>
            </w:pPr>
            <w:r w:rsidRPr="003A5FC5">
              <w:rPr>
                <w:sz w:val="18"/>
                <w:szCs w:val="18"/>
              </w:rPr>
              <w:t>Business Licence or “Licence Not Required” letter from The City’s Chief License Inspector</w:t>
            </w:r>
          </w:p>
        </w:tc>
      </w:tr>
      <w:tr w:rsidR="009C2C9C" w14:paraId="418FC63E" w14:textId="77777777" w:rsidTr="003A5FC5">
        <w:trPr>
          <w:jc w:val="center"/>
        </w:trPr>
        <w:tc>
          <w:tcPr>
            <w:tcW w:w="2332" w:type="dxa"/>
            <w:vAlign w:val="center"/>
          </w:tcPr>
          <w:p w14:paraId="14C858F1" w14:textId="77777777" w:rsidR="009C2C9C" w:rsidRDefault="009C2C9C">
            <w:pPr>
              <w:spacing w:after="0"/>
              <w:jc w:val="center"/>
            </w:pPr>
            <w:r>
              <w:t>☐</w:t>
            </w:r>
          </w:p>
        </w:tc>
        <w:tc>
          <w:tcPr>
            <w:tcW w:w="7955" w:type="dxa"/>
            <w:vAlign w:val="center"/>
          </w:tcPr>
          <w:p w14:paraId="6508C3A1" w14:textId="77777777" w:rsidR="009C2C9C" w:rsidRPr="003A5FC5" w:rsidRDefault="009C2C9C">
            <w:pPr>
              <w:spacing w:after="0"/>
              <w:rPr>
                <w:sz w:val="18"/>
                <w:szCs w:val="18"/>
              </w:rPr>
            </w:pPr>
            <w:r w:rsidRPr="003A5FC5">
              <w:rPr>
                <w:sz w:val="18"/>
                <w:szCs w:val="18"/>
              </w:rPr>
              <w:t>Current Insurance Certificate naming The City of Calgary as an Additional Insured</w:t>
            </w:r>
          </w:p>
        </w:tc>
      </w:tr>
      <w:tr w:rsidR="009C2C9C" w14:paraId="13D14ED0" w14:textId="77777777" w:rsidTr="003A5FC5">
        <w:trPr>
          <w:jc w:val="center"/>
        </w:trPr>
        <w:tc>
          <w:tcPr>
            <w:tcW w:w="2332" w:type="dxa"/>
            <w:vAlign w:val="center"/>
          </w:tcPr>
          <w:p w14:paraId="43B51223" w14:textId="77777777" w:rsidR="009C2C9C" w:rsidRDefault="009C2C9C">
            <w:pPr>
              <w:spacing w:after="0"/>
              <w:jc w:val="center"/>
            </w:pPr>
            <w:r>
              <w:t>☐</w:t>
            </w:r>
          </w:p>
        </w:tc>
        <w:tc>
          <w:tcPr>
            <w:tcW w:w="7955" w:type="dxa"/>
            <w:vAlign w:val="center"/>
          </w:tcPr>
          <w:p w14:paraId="1485ABD9" w14:textId="77777777" w:rsidR="009C2C9C" w:rsidRPr="003A5FC5" w:rsidRDefault="009C2C9C">
            <w:pPr>
              <w:spacing w:after="0"/>
              <w:rPr>
                <w:sz w:val="18"/>
                <w:szCs w:val="18"/>
              </w:rPr>
            </w:pPr>
            <w:r w:rsidRPr="003A5FC5">
              <w:rPr>
                <w:sz w:val="18"/>
                <w:szCs w:val="18"/>
              </w:rPr>
              <w:t>Site plan for each preferred park location listed in the application</w:t>
            </w:r>
          </w:p>
        </w:tc>
      </w:tr>
      <w:tr w:rsidR="009C2C9C" w14:paraId="7AC65B43" w14:textId="77777777" w:rsidTr="003A5FC5">
        <w:trPr>
          <w:jc w:val="center"/>
        </w:trPr>
        <w:tc>
          <w:tcPr>
            <w:tcW w:w="2332" w:type="dxa"/>
            <w:vAlign w:val="center"/>
          </w:tcPr>
          <w:p w14:paraId="5FC93184" w14:textId="77777777" w:rsidR="009C2C9C" w:rsidRDefault="009C2C9C">
            <w:pPr>
              <w:spacing w:after="0"/>
              <w:jc w:val="center"/>
            </w:pPr>
            <w:r>
              <w:t>☐</w:t>
            </w:r>
          </w:p>
        </w:tc>
        <w:tc>
          <w:tcPr>
            <w:tcW w:w="7955" w:type="dxa"/>
            <w:vAlign w:val="center"/>
          </w:tcPr>
          <w:p w14:paraId="447D7862" w14:textId="77777777" w:rsidR="009C2C9C" w:rsidRPr="003A5FC5" w:rsidRDefault="009C2C9C">
            <w:pPr>
              <w:spacing w:after="0"/>
              <w:rPr>
                <w:sz w:val="18"/>
                <w:szCs w:val="18"/>
              </w:rPr>
            </w:pPr>
            <w:r w:rsidRPr="003A5FC5">
              <w:rPr>
                <w:sz w:val="18"/>
                <w:szCs w:val="18"/>
              </w:rPr>
              <w:t>Colour photographs of all proposed temporary equipment and/or structures, labelled and identified</w:t>
            </w:r>
          </w:p>
        </w:tc>
      </w:tr>
      <w:tr w:rsidR="009C2C9C" w14:paraId="23EEDDD8" w14:textId="77777777" w:rsidTr="003A5FC5">
        <w:trPr>
          <w:jc w:val="center"/>
        </w:trPr>
        <w:tc>
          <w:tcPr>
            <w:tcW w:w="2332" w:type="dxa"/>
            <w:vAlign w:val="center"/>
          </w:tcPr>
          <w:p w14:paraId="26A81785" w14:textId="77777777" w:rsidR="009C2C9C" w:rsidRDefault="009C2C9C">
            <w:pPr>
              <w:spacing w:after="0"/>
              <w:jc w:val="center"/>
            </w:pPr>
            <w:r>
              <w:t>☐</w:t>
            </w:r>
          </w:p>
        </w:tc>
        <w:tc>
          <w:tcPr>
            <w:tcW w:w="7955" w:type="dxa"/>
            <w:vAlign w:val="center"/>
          </w:tcPr>
          <w:p w14:paraId="199B1EAA" w14:textId="77777777" w:rsidR="009C2C9C" w:rsidRPr="003A5FC5" w:rsidRDefault="009C2C9C">
            <w:pPr>
              <w:spacing w:after="0"/>
              <w:rPr>
                <w:sz w:val="18"/>
                <w:szCs w:val="18"/>
              </w:rPr>
            </w:pPr>
            <w:r w:rsidRPr="003A5FC5">
              <w:rPr>
                <w:sz w:val="18"/>
                <w:szCs w:val="18"/>
              </w:rPr>
              <w:t>Alberta Health Services Food Handling Permit, if applicable</w:t>
            </w:r>
          </w:p>
        </w:tc>
      </w:tr>
      <w:tr w:rsidR="009C2C9C" w14:paraId="06C13E17" w14:textId="77777777" w:rsidTr="003A5FC5">
        <w:trPr>
          <w:jc w:val="center"/>
        </w:trPr>
        <w:tc>
          <w:tcPr>
            <w:tcW w:w="2332" w:type="dxa"/>
            <w:vAlign w:val="center"/>
          </w:tcPr>
          <w:p w14:paraId="1DC15F4B" w14:textId="77777777" w:rsidR="009C2C9C" w:rsidRDefault="009C2C9C">
            <w:pPr>
              <w:spacing w:after="0"/>
              <w:jc w:val="center"/>
            </w:pPr>
            <w:r>
              <w:t>☐</w:t>
            </w:r>
          </w:p>
        </w:tc>
        <w:tc>
          <w:tcPr>
            <w:tcW w:w="7955" w:type="dxa"/>
            <w:vAlign w:val="center"/>
          </w:tcPr>
          <w:p w14:paraId="1E718016" w14:textId="77777777" w:rsidR="009C2C9C" w:rsidRPr="003A5FC5" w:rsidRDefault="009C2C9C">
            <w:pPr>
              <w:spacing w:after="0"/>
              <w:rPr>
                <w:sz w:val="18"/>
                <w:szCs w:val="18"/>
              </w:rPr>
            </w:pPr>
            <w:r w:rsidRPr="003A5FC5">
              <w:rPr>
                <w:sz w:val="18"/>
                <w:szCs w:val="18"/>
              </w:rPr>
              <w:t>WCB Clearance Letter, if applicable</w:t>
            </w:r>
          </w:p>
        </w:tc>
      </w:tr>
      <w:tr w:rsidR="009C2C9C" w14:paraId="63119A0B" w14:textId="77777777" w:rsidTr="003A5FC5">
        <w:trPr>
          <w:jc w:val="center"/>
        </w:trPr>
        <w:tc>
          <w:tcPr>
            <w:tcW w:w="2332" w:type="dxa"/>
            <w:vAlign w:val="center"/>
          </w:tcPr>
          <w:p w14:paraId="3E77B7AC" w14:textId="77777777" w:rsidR="009C2C9C" w:rsidRDefault="009C2C9C">
            <w:pPr>
              <w:spacing w:after="0"/>
              <w:jc w:val="center"/>
            </w:pPr>
            <w:r>
              <w:t>☐</w:t>
            </w:r>
          </w:p>
        </w:tc>
        <w:tc>
          <w:tcPr>
            <w:tcW w:w="7955" w:type="dxa"/>
            <w:vAlign w:val="center"/>
          </w:tcPr>
          <w:p w14:paraId="11CE1E9D" w14:textId="77777777" w:rsidR="009C2C9C" w:rsidRPr="003A5FC5" w:rsidRDefault="009C2C9C">
            <w:pPr>
              <w:spacing w:after="0"/>
              <w:rPr>
                <w:sz w:val="18"/>
                <w:szCs w:val="18"/>
              </w:rPr>
            </w:pPr>
            <w:r w:rsidRPr="003A5FC5">
              <w:rPr>
                <w:sz w:val="18"/>
                <w:szCs w:val="18"/>
              </w:rPr>
              <w:t>Environmental Plan, required if accessing and/or utilizing Calgary waterways or if the operation may impact waterways or storm drainage systems</w:t>
            </w:r>
          </w:p>
        </w:tc>
      </w:tr>
      <w:tr w:rsidR="009C2C9C" w14:paraId="124E390B" w14:textId="77777777" w:rsidTr="003A5FC5">
        <w:trPr>
          <w:jc w:val="center"/>
        </w:trPr>
        <w:tc>
          <w:tcPr>
            <w:tcW w:w="2332" w:type="dxa"/>
            <w:vAlign w:val="center"/>
          </w:tcPr>
          <w:p w14:paraId="354F7369" w14:textId="77777777" w:rsidR="009C2C9C" w:rsidRDefault="009C2C9C">
            <w:pPr>
              <w:spacing w:after="0"/>
              <w:jc w:val="center"/>
            </w:pPr>
            <w:r>
              <w:t>☐</w:t>
            </w:r>
          </w:p>
        </w:tc>
        <w:tc>
          <w:tcPr>
            <w:tcW w:w="7955" w:type="dxa"/>
            <w:vAlign w:val="center"/>
          </w:tcPr>
          <w:p w14:paraId="440B4DB3" w14:textId="77777777" w:rsidR="009C2C9C" w:rsidRPr="003A5FC5" w:rsidRDefault="009C2C9C">
            <w:pPr>
              <w:spacing w:after="0"/>
              <w:rPr>
                <w:sz w:val="18"/>
                <w:szCs w:val="18"/>
              </w:rPr>
            </w:pPr>
            <w:r w:rsidRPr="003A5FC5">
              <w:rPr>
                <w:sz w:val="18"/>
                <w:szCs w:val="18"/>
              </w:rPr>
              <w:t>Required building permits or other approvals for any equipment that will be onsite, if applicable</w:t>
            </w:r>
          </w:p>
        </w:tc>
      </w:tr>
    </w:tbl>
    <w:p w14:paraId="582EF4A3" w14:textId="77777777" w:rsidR="0022027E" w:rsidRDefault="0022027E"/>
    <w:p w14:paraId="517947D1" w14:textId="77777777" w:rsidR="00074E63" w:rsidRDefault="00074E63"/>
    <w:p w14:paraId="05D670E0" w14:textId="77777777" w:rsidR="00074E63" w:rsidRDefault="00074E63"/>
    <w:p w14:paraId="4F83DC78" w14:textId="77777777" w:rsidR="00074E63" w:rsidRDefault="00074E63"/>
    <w:p w14:paraId="76D0FAC0" w14:textId="77777777" w:rsidR="00074E63" w:rsidRDefault="00074E63"/>
    <w:p w14:paraId="42739DB8" w14:textId="77777777" w:rsidR="00074E63" w:rsidRDefault="00074E63"/>
    <w:p w14:paraId="23B2EA91" w14:textId="77777777" w:rsidR="00074E63" w:rsidRDefault="00074E63"/>
    <w:p w14:paraId="4A8B52A7" w14:textId="77777777" w:rsidR="00074E63" w:rsidRDefault="00074E63"/>
    <w:p w14:paraId="2A96D1CD" w14:textId="77777777" w:rsidR="00074E63" w:rsidRDefault="00074E63"/>
    <w:p w14:paraId="28449DC3" w14:textId="77777777" w:rsidR="00074E63" w:rsidRDefault="00074E63"/>
    <w:p w14:paraId="20C6F52E" w14:textId="77777777" w:rsidR="00074E63" w:rsidRDefault="00074E63"/>
    <w:p w14:paraId="443593F9" w14:textId="77777777" w:rsidR="00074E63" w:rsidRDefault="00074E63"/>
    <w:p w14:paraId="348FC007" w14:textId="77777777" w:rsidR="00074E63" w:rsidRDefault="00074E63"/>
    <w:p w14:paraId="23296373" w14:textId="77777777" w:rsidR="00074E63" w:rsidRDefault="00074E63"/>
    <w:p w14:paraId="71502BE1" w14:textId="77777777" w:rsidR="00074E63" w:rsidRDefault="00074E63"/>
    <w:p w14:paraId="26BF3067" w14:textId="77777777" w:rsidR="00074E63" w:rsidRDefault="00074E63"/>
    <w:p w14:paraId="084D1B56" w14:textId="77777777" w:rsidR="00074E63" w:rsidRDefault="00074E63"/>
    <w:p w14:paraId="554DFFBB" w14:textId="77777777" w:rsidR="00074E63" w:rsidRDefault="00074E63"/>
    <w:p w14:paraId="5D58382D"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73984495" w14:textId="77777777">
        <w:trPr>
          <w:jc w:val="center"/>
        </w:trPr>
        <w:tc>
          <w:tcPr>
            <w:tcW w:w="10368" w:type="dxa"/>
            <w:shd w:val="clear" w:color="auto" w:fill="EAF3F8"/>
          </w:tcPr>
          <w:p w14:paraId="1C6BEE0E" w14:textId="77777777" w:rsidR="0022027E" w:rsidRDefault="00E43F18">
            <w:pPr>
              <w:spacing w:before="60" w:after="60"/>
            </w:pPr>
            <w:r>
              <w:rPr>
                <w:b/>
                <w:color w:val="1F4E79"/>
                <w:sz w:val="26"/>
              </w:rPr>
              <w:t>2. Business Licence / Licence Not Required Letter</w:t>
            </w:r>
          </w:p>
        </w:tc>
      </w:tr>
    </w:tbl>
    <w:p w14:paraId="338BFC7E" w14:textId="77777777" w:rsidR="0022027E" w:rsidRDefault="0022027E"/>
    <w:p w14:paraId="1C624B10" w14:textId="77777777" w:rsidR="0022027E" w:rsidRDefault="00E43F18">
      <w:pPr>
        <w:pStyle w:val="ListBullet"/>
      </w:pPr>
      <w:r>
        <w:t>Attach a copy of your Business Licence; or</w:t>
      </w:r>
    </w:p>
    <w:p w14:paraId="01E65DC3" w14:textId="77777777" w:rsidR="0022027E" w:rsidRDefault="00E43F18">
      <w:pPr>
        <w:pStyle w:val="ListBullet"/>
      </w:pPr>
      <w:r>
        <w:t>Attach a “Licence Not Required” letter from The City’s Chief License Inspector.</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2628B300" w14:textId="77777777">
        <w:trPr>
          <w:jc w:val="center"/>
        </w:trPr>
        <w:tc>
          <w:tcPr>
            <w:tcW w:w="10368" w:type="dxa"/>
            <w:shd w:val="clear" w:color="auto" w:fill="F4F6F8"/>
          </w:tcPr>
          <w:p w14:paraId="7DA7B71C" w14:textId="77777777" w:rsidR="0022027E" w:rsidRDefault="00E43F18">
            <w:pPr>
              <w:spacing w:before="440" w:after="440"/>
              <w:jc w:val="center"/>
            </w:pPr>
            <w:r>
              <w:rPr>
                <w:b/>
                <w:color w:val="646464"/>
                <w:sz w:val="22"/>
              </w:rPr>
              <w:t>[Attach or insert Business Licence / Licence Not Required letter here]</w:t>
            </w:r>
          </w:p>
        </w:tc>
      </w:tr>
    </w:tbl>
    <w:p w14:paraId="0267BAEE" w14:textId="77777777" w:rsidR="0022027E" w:rsidRDefault="0022027E"/>
    <w:p w14:paraId="0CB49ABE" w14:textId="77777777" w:rsidR="00074E63" w:rsidRDefault="00074E63"/>
    <w:p w14:paraId="4CFBF093" w14:textId="77777777" w:rsidR="00074E63" w:rsidRDefault="00074E63"/>
    <w:p w14:paraId="266F25F7" w14:textId="77777777" w:rsidR="00074E63" w:rsidRDefault="00074E63"/>
    <w:p w14:paraId="35A3B6C0" w14:textId="77777777" w:rsidR="00074E63" w:rsidRDefault="00074E63"/>
    <w:p w14:paraId="6D174C44" w14:textId="77777777" w:rsidR="00074E63" w:rsidRDefault="00074E63"/>
    <w:p w14:paraId="6E2EDF8C" w14:textId="77777777" w:rsidR="00074E63" w:rsidRDefault="00074E63"/>
    <w:p w14:paraId="7FFF9ECB" w14:textId="77777777" w:rsidR="00074E63" w:rsidRDefault="00074E63"/>
    <w:p w14:paraId="0706B406" w14:textId="77777777" w:rsidR="00074E63" w:rsidRDefault="00074E63"/>
    <w:p w14:paraId="360B122E" w14:textId="77777777" w:rsidR="00074E63" w:rsidRDefault="00074E63"/>
    <w:p w14:paraId="66B40F75" w14:textId="77777777" w:rsidR="00074E63" w:rsidRDefault="00074E63"/>
    <w:p w14:paraId="3B86FE1D" w14:textId="77777777" w:rsidR="00074E63" w:rsidRDefault="00074E63"/>
    <w:p w14:paraId="679A1D6A" w14:textId="77777777" w:rsidR="00074E63" w:rsidRDefault="00074E63"/>
    <w:p w14:paraId="7D463D32" w14:textId="77777777" w:rsidR="00074E63" w:rsidRDefault="00074E63"/>
    <w:p w14:paraId="35D179EF" w14:textId="77777777" w:rsidR="00074E63" w:rsidRDefault="00074E63"/>
    <w:p w14:paraId="6344B548" w14:textId="77777777" w:rsidR="00074E63" w:rsidRDefault="00074E63"/>
    <w:p w14:paraId="2E798F2D" w14:textId="77777777" w:rsidR="00074E63" w:rsidRDefault="00074E63"/>
    <w:p w14:paraId="43E3C359" w14:textId="77777777" w:rsidR="00074E63" w:rsidRDefault="00074E63"/>
    <w:p w14:paraId="462EEF6D" w14:textId="77777777" w:rsidR="00074E63" w:rsidRDefault="00074E63"/>
    <w:p w14:paraId="5D48E57C" w14:textId="77777777" w:rsidR="00074E63" w:rsidRDefault="00074E63"/>
    <w:p w14:paraId="0DE0CF1C" w14:textId="77777777" w:rsidR="00074E63" w:rsidRDefault="00074E63"/>
    <w:p w14:paraId="420C84EF" w14:textId="77777777" w:rsidR="00074E63" w:rsidRDefault="00074E63"/>
    <w:p w14:paraId="492F9EC0" w14:textId="77777777" w:rsidR="00074E63" w:rsidRDefault="00074E63"/>
    <w:p w14:paraId="2735BFE8" w14:textId="77777777" w:rsidR="00074E63" w:rsidRDefault="00074E63"/>
    <w:p w14:paraId="04EB153B" w14:textId="77777777" w:rsidR="00074E63" w:rsidRDefault="00074E63"/>
    <w:p w14:paraId="3AEF572E" w14:textId="77777777" w:rsidR="00074E63" w:rsidRDefault="00074E63"/>
    <w:p w14:paraId="3F1325A4" w14:textId="77777777" w:rsidR="00074E63" w:rsidRDefault="00074E63"/>
    <w:p w14:paraId="477C14B8" w14:textId="77777777" w:rsidR="00074E63" w:rsidRDefault="00074E63"/>
    <w:p w14:paraId="1E984C10" w14:textId="77777777" w:rsidR="00074E63" w:rsidRDefault="00074E63"/>
    <w:p w14:paraId="56B4ACA8" w14:textId="77777777" w:rsidR="00074E63" w:rsidRDefault="00074E63"/>
    <w:p w14:paraId="6AFB112D" w14:textId="77777777" w:rsidR="00074E63" w:rsidRDefault="00074E63"/>
    <w:p w14:paraId="683DDCD5" w14:textId="77777777" w:rsidR="00074E63" w:rsidRDefault="00074E63"/>
    <w:p w14:paraId="48B11636" w14:textId="77777777" w:rsidR="00074E63" w:rsidRDefault="00074E63"/>
    <w:p w14:paraId="49D075C4" w14:textId="77777777" w:rsidR="00074E63" w:rsidRDefault="00074E63"/>
    <w:p w14:paraId="670A0595" w14:textId="77777777" w:rsidR="00074E63" w:rsidRDefault="00074E63"/>
    <w:p w14:paraId="3D0FDE63"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669E8402" w14:textId="77777777">
        <w:trPr>
          <w:jc w:val="center"/>
        </w:trPr>
        <w:tc>
          <w:tcPr>
            <w:tcW w:w="10368" w:type="dxa"/>
            <w:shd w:val="clear" w:color="auto" w:fill="EAF3F8"/>
          </w:tcPr>
          <w:p w14:paraId="607AEB37" w14:textId="77777777" w:rsidR="0022027E" w:rsidRDefault="00E43F18">
            <w:pPr>
              <w:spacing w:before="60" w:after="60"/>
            </w:pPr>
            <w:r>
              <w:rPr>
                <w:b/>
                <w:color w:val="1F4E79"/>
                <w:sz w:val="26"/>
              </w:rPr>
              <w:t>3. Insurance Certificate</w:t>
            </w:r>
          </w:p>
        </w:tc>
      </w:tr>
    </w:tbl>
    <w:p w14:paraId="6A3B2833" w14:textId="77777777" w:rsidR="0022027E" w:rsidRDefault="0022027E"/>
    <w:p w14:paraId="7A8226CF" w14:textId="77777777" w:rsidR="0022027E" w:rsidRDefault="00E43F18">
      <w:pPr>
        <w:pStyle w:val="ListBullet"/>
      </w:pPr>
      <w:r>
        <w:t>Provide a current Insurance Certificate.</w:t>
      </w:r>
    </w:p>
    <w:p w14:paraId="6E17BDD2" w14:textId="77777777" w:rsidR="0022027E" w:rsidRDefault="00E43F18">
      <w:pPr>
        <w:pStyle w:val="ListBullet"/>
      </w:pPr>
      <w:r>
        <w:t>Minimum $2M liability insurance naming The City of Calgary as an “Additional Insured”.</w:t>
      </w:r>
    </w:p>
    <w:p w14:paraId="1FDA0D6A" w14:textId="77777777" w:rsidR="0022027E" w:rsidRDefault="00E43F18">
      <w:pPr>
        <w:pStyle w:val="ListBullet"/>
      </w:pPr>
      <w:r>
        <w:t>$5M liability insurance naming The City of Calgary as an “Additional Insured” may apply if the operation accesses and/or utilizes Calgary’s waterways.</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6420E3F9" w14:textId="77777777">
        <w:trPr>
          <w:jc w:val="center"/>
        </w:trPr>
        <w:tc>
          <w:tcPr>
            <w:tcW w:w="10368" w:type="dxa"/>
            <w:shd w:val="clear" w:color="auto" w:fill="F4F6F8"/>
          </w:tcPr>
          <w:p w14:paraId="0B41532F" w14:textId="77777777" w:rsidR="0022027E" w:rsidRDefault="00E43F18">
            <w:pPr>
              <w:spacing w:before="440" w:after="440"/>
              <w:jc w:val="center"/>
            </w:pPr>
            <w:r>
              <w:rPr>
                <w:b/>
                <w:color w:val="646464"/>
                <w:sz w:val="22"/>
              </w:rPr>
              <w:t>[Attach or insert clear Insurance Certificate here]</w:t>
            </w:r>
          </w:p>
        </w:tc>
      </w:tr>
    </w:tbl>
    <w:p w14:paraId="5CD6C69C" w14:textId="77777777" w:rsidR="0022027E" w:rsidRDefault="0022027E"/>
    <w:p w14:paraId="5AAF3015" w14:textId="77777777" w:rsidR="00074E63" w:rsidRDefault="00074E63"/>
    <w:p w14:paraId="2E684ADB" w14:textId="77777777" w:rsidR="00074E63" w:rsidRDefault="00074E63"/>
    <w:p w14:paraId="646E8CAF" w14:textId="77777777" w:rsidR="00074E63" w:rsidRDefault="00074E63"/>
    <w:p w14:paraId="35701754" w14:textId="77777777" w:rsidR="00074E63" w:rsidRDefault="00074E63"/>
    <w:p w14:paraId="1A59B155" w14:textId="77777777" w:rsidR="00074E63" w:rsidRDefault="00074E63"/>
    <w:p w14:paraId="353E6D9F" w14:textId="77777777" w:rsidR="00074E63" w:rsidRDefault="00074E63"/>
    <w:p w14:paraId="20CF518D" w14:textId="77777777" w:rsidR="00074E63" w:rsidRDefault="00074E63"/>
    <w:p w14:paraId="3E09EFDA" w14:textId="77777777" w:rsidR="00074E63" w:rsidRDefault="00074E63"/>
    <w:p w14:paraId="19869815" w14:textId="77777777" w:rsidR="00074E63" w:rsidRDefault="00074E63"/>
    <w:p w14:paraId="1ABA4CD0" w14:textId="77777777" w:rsidR="00074E63" w:rsidRDefault="00074E63"/>
    <w:p w14:paraId="3707057B" w14:textId="77777777" w:rsidR="00074E63" w:rsidRDefault="00074E63"/>
    <w:p w14:paraId="344BAA6D" w14:textId="77777777" w:rsidR="00074E63" w:rsidRDefault="00074E63"/>
    <w:p w14:paraId="0C20616A" w14:textId="77777777" w:rsidR="00074E63" w:rsidRDefault="00074E63"/>
    <w:p w14:paraId="7F00DC1D" w14:textId="77777777" w:rsidR="00074E63" w:rsidRDefault="00074E63"/>
    <w:p w14:paraId="7E3ABF76" w14:textId="77777777" w:rsidR="00074E63" w:rsidRDefault="00074E63"/>
    <w:p w14:paraId="7D1607F1" w14:textId="77777777" w:rsidR="00074E63" w:rsidRDefault="00074E63"/>
    <w:p w14:paraId="7ADF4DBF" w14:textId="77777777" w:rsidR="00074E63" w:rsidRDefault="00074E63"/>
    <w:p w14:paraId="708CB937" w14:textId="77777777" w:rsidR="00074E63" w:rsidRDefault="00074E63"/>
    <w:p w14:paraId="62344DDA" w14:textId="77777777" w:rsidR="00074E63" w:rsidRDefault="00074E63"/>
    <w:p w14:paraId="6AD3E7AF" w14:textId="77777777" w:rsidR="00074E63" w:rsidRDefault="00074E63"/>
    <w:p w14:paraId="7430AA75" w14:textId="77777777" w:rsidR="00074E63" w:rsidRDefault="00074E63"/>
    <w:p w14:paraId="77699EA3" w14:textId="77777777" w:rsidR="00074E63" w:rsidRDefault="00074E63"/>
    <w:p w14:paraId="242B998C" w14:textId="77777777" w:rsidR="00074E63" w:rsidRDefault="00074E63"/>
    <w:p w14:paraId="36B5853F" w14:textId="77777777" w:rsidR="00074E63" w:rsidRDefault="00074E63"/>
    <w:p w14:paraId="733368E7" w14:textId="77777777" w:rsidR="00074E63" w:rsidRDefault="00074E63"/>
    <w:p w14:paraId="0D0A7899" w14:textId="77777777" w:rsidR="00074E63" w:rsidRDefault="00074E63"/>
    <w:p w14:paraId="3FE4EF90" w14:textId="77777777" w:rsidR="00074E63" w:rsidRDefault="00074E63"/>
    <w:p w14:paraId="12213218" w14:textId="77777777" w:rsidR="00074E63" w:rsidRDefault="00074E63"/>
    <w:p w14:paraId="692DB7B8" w14:textId="77777777" w:rsidR="00074E63" w:rsidRDefault="00074E63"/>
    <w:p w14:paraId="5A6D2D40" w14:textId="77777777" w:rsidR="00074E63" w:rsidRDefault="00074E63"/>
    <w:p w14:paraId="17D7244E"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081C4B1A" w14:textId="77777777">
        <w:trPr>
          <w:jc w:val="center"/>
        </w:trPr>
        <w:tc>
          <w:tcPr>
            <w:tcW w:w="10368" w:type="dxa"/>
            <w:shd w:val="clear" w:color="auto" w:fill="EAF3F8"/>
          </w:tcPr>
          <w:p w14:paraId="368E31E1" w14:textId="77777777" w:rsidR="0022027E" w:rsidRDefault="00E43F18">
            <w:pPr>
              <w:spacing w:before="60" w:after="60"/>
            </w:pPr>
            <w:r>
              <w:rPr>
                <w:b/>
                <w:color w:val="1F4E79"/>
                <w:sz w:val="26"/>
              </w:rPr>
              <w:t>4. Site Plan Template</w:t>
            </w:r>
          </w:p>
        </w:tc>
      </w:tr>
    </w:tbl>
    <w:p w14:paraId="4079C710"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5176"/>
        <w:gridCol w:w="5176"/>
      </w:tblGrid>
      <w:tr w:rsidR="0022027E" w14:paraId="6AB05596" w14:textId="77777777">
        <w:trPr>
          <w:jc w:val="center"/>
        </w:trPr>
        <w:tc>
          <w:tcPr>
            <w:tcW w:w="5184" w:type="dxa"/>
            <w:shd w:val="clear" w:color="auto" w:fill="EAF3F8"/>
            <w:vAlign w:val="center"/>
          </w:tcPr>
          <w:p w14:paraId="1AD68782" w14:textId="77777777" w:rsidR="0022027E" w:rsidRDefault="00E43F18">
            <w:pPr>
              <w:spacing w:after="0"/>
            </w:pPr>
            <w:r>
              <w:rPr>
                <w:b/>
                <w:sz w:val="18"/>
              </w:rPr>
              <w:t>Business Name</w:t>
            </w:r>
          </w:p>
        </w:tc>
        <w:tc>
          <w:tcPr>
            <w:tcW w:w="5184" w:type="dxa"/>
            <w:vAlign w:val="center"/>
          </w:tcPr>
          <w:p w14:paraId="33193FC6" w14:textId="77777777" w:rsidR="0022027E" w:rsidRDefault="00E43F18">
            <w:pPr>
              <w:spacing w:after="0"/>
            </w:pPr>
            <w:r>
              <w:rPr>
                <w:sz w:val="18"/>
              </w:rPr>
              <w:t>[Insert business name]</w:t>
            </w:r>
          </w:p>
        </w:tc>
      </w:tr>
      <w:tr w:rsidR="0022027E" w14:paraId="0787FB8B" w14:textId="77777777">
        <w:trPr>
          <w:jc w:val="center"/>
        </w:trPr>
        <w:tc>
          <w:tcPr>
            <w:tcW w:w="5184" w:type="dxa"/>
            <w:shd w:val="clear" w:color="auto" w:fill="EAF3F8"/>
            <w:vAlign w:val="center"/>
          </w:tcPr>
          <w:p w14:paraId="09D04059" w14:textId="77777777" w:rsidR="0022027E" w:rsidRDefault="00E43F18">
            <w:pPr>
              <w:spacing w:after="0"/>
            </w:pPr>
            <w:r>
              <w:rPr>
                <w:b/>
                <w:sz w:val="18"/>
              </w:rPr>
              <w:t>Park Location</w:t>
            </w:r>
          </w:p>
        </w:tc>
        <w:tc>
          <w:tcPr>
            <w:tcW w:w="5184" w:type="dxa"/>
            <w:vAlign w:val="center"/>
          </w:tcPr>
          <w:p w14:paraId="15415C8B" w14:textId="77777777" w:rsidR="0022027E" w:rsidRDefault="00E43F18">
            <w:pPr>
              <w:spacing w:after="0"/>
            </w:pPr>
            <w:r>
              <w:rPr>
                <w:sz w:val="18"/>
              </w:rPr>
              <w:t>[Insert park name]</w:t>
            </w:r>
          </w:p>
        </w:tc>
      </w:tr>
      <w:tr w:rsidR="0022027E" w14:paraId="41C62BF1" w14:textId="77777777">
        <w:trPr>
          <w:jc w:val="center"/>
        </w:trPr>
        <w:tc>
          <w:tcPr>
            <w:tcW w:w="5184" w:type="dxa"/>
            <w:shd w:val="clear" w:color="auto" w:fill="EAF3F8"/>
            <w:vAlign w:val="center"/>
          </w:tcPr>
          <w:p w14:paraId="06C9BC12" w14:textId="77777777" w:rsidR="0022027E" w:rsidRDefault="00E43F18">
            <w:pPr>
              <w:spacing w:after="0"/>
            </w:pPr>
            <w:r>
              <w:rPr>
                <w:b/>
                <w:sz w:val="18"/>
              </w:rPr>
              <w:t>Location Number</w:t>
            </w:r>
          </w:p>
        </w:tc>
        <w:tc>
          <w:tcPr>
            <w:tcW w:w="5184" w:type="dxa"/>
            <w:vAlign w:val="center"/>
          </w:tcPr>
          <w:p w14:paraId="0440B757" w14:textId="77777777" w:rsidR="0022027E" w:rsidRDefault="00E43F18">
            <w:pPr>
              <w:spacing w:after="0"/>
            </w:pPr>
            <w:r>
              <w:rPr>
                <w:sz w:val="18"/>
              </w:rPr>
              <w:t>[Location 1 of 1 / Location 1 of 2, if applicable]</w:t>
            </w:r>
          </w:p>
        </w:tc>
      </w:tr>
      <w:tr w:rsidR="0022027E" w14:paraId="19E0FB2A" w14:textId="77777777">
        <w:trPr>
          <w:jc w:val="center"/>
        </w:trPr>
        <w:tc>
          <w:tcPr>
            <w:tcW w:w="5184" w:type="dxa"/>
            <w:shd w:val="clear" w:color="auto" w:fill="EAF3F8"/>
            <w:vAlign w:val="center"/>
          </w:tcPr>
          <w:p w14:paraId="6A90A440" w14:textId="77777777" w:rsidR="0022027E" w:rsidRDefault="00E43F18">
            <w:pPr>
              <w:spacing w:after="0"/>
            </w:pPr>
            <w:r>
              <w:rPr>
                <w:b/>
                <w:sz w:val="18"/>
              </w:rPr>
              <w:t>Date Prepared</w:t>
            </w:r>
          </w:p>
        </w:tc>
        <w:tc>
          <w:tcPr>
            <w:tcW w:w="5184" w:type="dxa"/>
            <w:vAlign w:val="center"/>
          </w:tcPr>
          <w:p w14:paraId="49FA1413" w14:textId="77777777" w:rsidR="0022027E" w:rsidRDefault="00E43F18">
            <w:pPr>
              <w:spacing w:after="0"/>
            </w:pPr>
            <w:r>
              <w:rPr>
                <w:sz w:val="18"/>
              </w:rPr>
              <w:t>[YYYY-MM-DD]</w:t>
            </w:r>
          </w:p>
        </w:tc>
      </w:tr>
    </w:tbl>
    <w:p w14:paraId="67104110" w14:textId="77777777" w:rsidR="0022027E" w:rsidRDefault="0022027E"/>
    <w:p w14:paraId="759CF59A" w14:textId="77777777" w:rsidR="0022027E" w:rsidRDefault="00E43F18">
      <w:r>
        <w:t>Your site plan must include:</w:t>
      </w:r>
    </w:p>
    <w:p w14:paraId="2186F947" w14:textId="77777777" w:rsidR="0022027E" w:rsidRDefault="00E43F18">
      <w:pPr>
        <w:pStyle w:val="ListBullet"/>
      </w:pPr>
      <w:r>
        <w:t>A north arrow.</w:t>
      </w:r>
    </w:p>
    <w:p w14:paraId="5215D4A9" w14:textId="77777777" w:rsidR="0022027E" w:rsidRDefault="00E43F18">
      <w:pPr>
        <w:pStyle w:val="ListBullet"/>
      </w:pPr>
      <w:r>
        <w:t>A map indicating the proposed location within the subject park.</w:t>
      </w:r>
    </w:p>
    <w:p w14:paraId="2A8C3641" w14:textId="77777777" w:rsidR="0022027E" w:rsidRDefault="00E43F18">
      <w:pPr>
        <w:pStyle w:val="ListBullet"/>
      </w:pPr>
      <w:r>
        <w:t>The specific proposed vending location clearly identified.</w:t>
      </w:r>
    </w:p>
    <w:p w14:paraId="600A33CD" w14:textId="77777777" w:rsidR="0022027E" w:rsidRDefault="00E43F18">
      <w:pPr>
        <w:pStyle w:val="ListBullet"/>
      </w:pPr>
      <w:r>
        <w:t>A location number if applying for more than one park location.</w:t>
      </w:r>
    </w:p>
    <w:p w14:paraId="027237A9" w14:textId="77777777" w:rsidR="0022027E" w:rsidRDefault="00E43F18">
      <w:pPr>
        <w:pStyle w:val="ListBullet"/>
      </w:pPr>
      <w:r>
        <w:t>Existing and/or proposed elements such as temporary equipment or structures, existing infrastructure, and adjacent pathways.</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66300268" w14:textId="77777777">
        <w:trPr>
          <w:jc w:val="center"/>
        </w:trPr>
        <w:tc>
          <w:tcPr>
            <w:tcW w:w="10368" w:type="dxa"/>
            <w:shd w:val="clear" w:color="auto" w:fill="FFF2CC"/>
            <w:vAlign w:val="center"/>
          </w:tcPr>
          <w:p w14:paraId="72CE0F5B" w14:textId="77777777" w:rsidR="0022027E" w:rsidRDefault="00E43F18">
            <w:pPr>
              <w:spacing w:after="0"/>
            </w:pPr>
            <w:r>
              <w:rPr>
                <w:sz w:val="18"/>
              </w:rPr>
              <w:t>Important: Vendors may only operate from the specific park location identified on their permit. Listing more than one park location in an application does not allow a vendor to move between parks during operations.</w:t>
            </w:r>
          </w:p>
        </w:tc>
      </w:tr>
    </w:tbl>
    <w:p w14:paraId="5AD9335C"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26736380" w14:textId="77777777">
        <w:trPr>
          <w:jc w:val="center"/>
        </w:trPr>
        <w:tc>
          <w:tcPr>
            <w:tcW w:w="10368" w:type="dxa"/>
            <w:shd w:val="clear" w:color="auto" w:fill="F4F6F8"/>
          </w:tcPr>
          <w:p w14:paraId="5994399F" w14:textId="77777777" w:rsidR="0022027E" w:rsidRDefault="00E43F18">
            <w:pPr>
              <w:spacing w:before="440" w:after="440"/>
              <w:jc w:val="center"/>
            </w:pPr>
            <w:r>
              <w:rPr>
                <w:b/>
                <w:color w:val="646464"/>
                <w:sz w:val="22"/>
              </w:rPr>
              <w:t>[Insert map image showing proposed location, north arrow, adjacent pathways, and labelled site features]</w:t>
            </w:r>
          </w:p>
        </w:tc>
      </w:tr>
    </w:tbl>
    <w:p w14:paraId="33BCFE11" w14:textId="77777777" w:rsidR="0022027E" w:rsidRDefault="0022027E"/>
    <w:p w14:paraId="09692664" w14:textId="77777777" w:rsidR="00074E63" w:rsidRDefault="00074E63"/>
    <w:p w14:paraId="6F133688" w14:textId="77777777" w:rsidR="00074E63" w:rsidRDefault="00074E63"/>
    <w:p w14:paraId="16D7D54A" w14:textId="77777777" w:rsidR="00074E63" w:rsidRDefault="00074E63"/>
    <w:p w14:paraId="3071B791" w14:textId="77777777" w:rsidR="00074E63" w:rsidRDefault="00074E63"/>
    <w:p w14:paraId="1B127A69" w14:textId="77777777" w:rsidR="00074E63" w:rsidRDefault="00074E63"/>
    <w:p w14:paraId="189DC167" w14:textId="77777777" w:rsidR="00074E63" w:rsidRDefault="00074E63"/>
    <w:p w14:paraId="6C8ABD53" w14:textId="77777777" w:rsidR="00074E63" w:rsidRDefault="00074E63"/>
    <w:p w14:paraId="62DA1087" w14:textId="77777777" w:rsidR="00074E63" w:rsidRDefault="00074E63"/>
    <w:p w14:paraId="6E89F1B9" w14:textId="77777777" w:rsidR="00074E63" w:rsidRDefault="00074E63"/>
    <w:p w14:paraId="713D827B" w14:textId="77777777" w:rsidR="00074E63" w:rsidRDefault="00074E63"/>
    <w:p w14:paraId="70D0F72C" w14:textId="77777777" w:rsidR="00074E63" w:rsidRDefault="00074E63"/>
    <w:p w14:paraId="79FBEF1D" w14:textId="77777777" w:rsidR="00074E63" w:rsidRDefault="00074E63"/>
    <w:p w14:paraId="1A96E5AF" w14:textId="77777777" w:rsidR="00074E63" w:rsidRDefault="00074E63"/>
    <w:p w14:paraId="62F13EA0" w14:textId="77777777" w:rsidR="00074E63" w:rsidRDefault="00074E63"/>
    <w:p w14:paraId="7C4D7C4D" w14:textId="77777777" w:rsidR="00074E63" w:rsidRDefault="00074E63"/>
    <w:p w14:paraId="6A771BAC" w14:textId="77777777" w:rsidR="00074E63" w:rsidRDefault="00074E63"/>
    <w:p w14:paraId="6505F341" w14:textId="77777777" w:rsidR="00074E63" w:rsidRDefault="00074E63"/>
    <w:p w14:paraId="52D7F6E5" w14:textId="77777777" w:rsidR="00074E63" w:rsidRDefault="00074E63"/>
    <w:p w14:paraId="01A9CA9E" w14:textId="77777777" w:rsidR="00074E63" w:rsidRDefault="00074E63"/>
    <w:p w14:paraId="3B36A723" w14:textId="77777777" w:rsidR="00074E63" w:rsidRDefault="00074E63"/>
    <w:p w14:paraId="0E8D6660" w14:textId="77777777" w:rsidR="00074E63" w:rsidRDefault="00074E63"/>
    <w:p w14:paraId="49E86DE6"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5FF83B0A" w14:textId="77777777">
        <w:trPr>
          <w:jc w:val="center"/>
        </w:trPr>
        <w:tc>
          <w:tcPr>
            <w:tcW w:w="10368" w:type="dxa"/>
            <w:shd w:val="clear" w:color="auto" w:fill="EAF3F8"/>
          </w:tcPr>
          <w:p w14:paraId="746BA079" w14:textId="77777777" w:rsidR="0022027E" w:rsidRDefault="00E43F18">
            <w:pPr>
              <w:spacing w:before="60" w:after="60"/>
            </w:pPr>
            <w:r>
              <w:rPr>
                <w:b/>
                <w:color w:val="1F4E79"/>
                <w:sz w:val="26"/>
              </w:rPr>
              <w:t>5. Proposed Site Set-Up</w:t>
            </w:r>
          </w:p>
        </w:tc>
      </w:tr>
    </w:tbl>
    <w:p w14:paraId="50FDDCDA" w14:textId="77777777" w:rsidR="0022027E" w:rsidRDefault="0022027E"/>
    <w:p w14:paraId="360E7874" w14:textId="77777777" w:rsidR="0022027E" w:rsidRDefault="00E43F18">
      <w:r>
        <w:t>Show how equipment, signs, carts, tables, or other temporary items will be arranged at the approved location. Label all items and include dimensions where applicable.</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1890E51E" w14:textId="77777777">
        <w:trPr>
          <w:jc w:val="center"/>
        </w:trPr>
        <w:tc>
          <w:tcPr>
            <w:tcW w:w="10368" w:type="dxa"/>
            <w:shd w:val="clear" w:color="auto" w:fill="F4F6F8"/>
          </w:tcPr>
          <w:p w14:paraId="642FCB23" w14:textId="77777777" w:rsidR="0022027E" w:rsidRDefault="00E43F18">
            <w:pPr>
              <w:spacing w:before="440" w:after="440"/>
              <w:jc w:val="center"/>
            </w:pPr>
            <w:r>
              <w:rPr>
                <w:b/>
                <w:color w:val="646464"/>
                <w:sz w:val="22"/>
              </w:rPr>
              <w:t>[Insert site set-up image or labelled diagram here]</w:t>
            </w:r>
          </w:p>
        </w:tc>
      </w:tr>
    </w:tbl>
    <w:p w14:paraId="09B27CDA" w14:textId="77777777" w:rsidR="0022027E" w:rsidRDefault="0022027E"/>
    <w:p w14:paraId="71E791C7" w14:textId="77777777" w:rsidR="00074E63" w:rsidRDefault="00074E63"/>
    <w:p w14:paraId="675F0C67" w14:textId="77777777" w:rsidR="00074E63" w:rsidRDefault="00074E63"/>
    <w:p w14:paraId="7108C2A3" w14:textId="77777777" w:rsidR="00074E63" w:rsidRDefault="00074E63"/>
    <w:p w14:paraId="7906BC2C" w14:textId="77777777" w:rsidR="00074E63" w:rsidRDefault="00074E63"/>
    <w:p w14:paraId="1BA16527" w14:textId="77777777" w:rsidR="00074E63" w:rsidRDefault="00074E63"/>
    <w:p w14:paraId="6A3CC487" w14:textId="77777777" w:rsidR="00074E63" w:rsidRDefault="00074E63"/>
    <w:p w14:paraId="64C812EA" w14:textId="77777777" w:rsidR="00074E63" w:rsidRDefault="00074E63"/>
    <w:p w14:paraId="5ED681CD" w14:textId="77777777" w:rsidR="00074E63" w:rsidRDefault="00074E63"/>
    <w:p w14:paraId="06F5E292" w14:textId="77777777" w:rsidR="00074E63" w:rsidRDefault="00074E63"/>
    <w:p w14:paraId="36236908" w14:textId="77777777" w:rsidR="00074E63" w:rsidRDefault="00074E63"/>
    <w:p w14:paraId="7F8CBE84" w14:textId="77777777" w:rsidR="00074E63" w:rsidRDefault="00074E63"/>
    <w:p w14:paraId="232AC997" w14:textId="77777777" w:rsidR="00074E63" w:rsidRDefault="00074E63"/>
    <w:p w14:paraId="5F9A8118" w14:textId="77777777" w:rsidR="00074E63" w:rsidRDefault="00074E63"/>
    <w:p w14:paraId="4146561D" w14:textId="77777777" w:rsidR="00074E63" w:rsidRDefault="00074E63"/>
    <w:p w14:paraId="54DA0BEB" w14:textId="77777777" w:rsidR="00074E63" w:rsidRDefault="00074E63"/>
    <w:p w14:paraId="6D0691EA" w14:textId="77777777" w:rsidR="00074E63" w:rsidRDefault="00074E63"/>
    <w:p w14:paraId="3F7F985D" w14:textId="77777777" w:rsidR="00074E63" w:rsidRDefault="00074E63"/>
    <w:p w14:paraId="62C05872" w14:textId="77777777" w:rsidR="00074E63" w:rsidRDefault="00074E63"/>
    <w:p w14:paraId="18595B31" w14:textId="77777777" w:rsidR="00074E63" w:rsidRDefault="00074E63"/>
    <w:p w14:paraId="6A9A5673" w14:textId="77777777" w:rsidR="00074E63" w:rsidRDefault="00074E63"/>
    <w:p w14:paraId="3C70F3D6" w14:textId="77777777" w:rsidR="00074E63" w:rsidRDefault="00074E63"/>
    <w:p w14:paraId="49837A47" w14:textId="77777777" w:rsidR="00074E63" w:rsidRDefault="00074E63"/>
    <w:p w14:paraId="3CBF4016" w14:textId="77777777" w:rsidR="00074E63" w:rsidRDefault="00074E63"/>
    <w:p w14:paraId="7A560985" w14:textId="77777777" w:rsidR="00074E63" w:rsidRDefault="00074E63"/>
    <w:p w14:paraId="23ED97DC" w14:textId="77777777" w:rsidR="00074E63" w:rsidRDefault="00074E63"/>
    <w:p w14:paraId="0B85CCED" w14:textId="77777777" w:rsidR="00074E63" w:rsidRDefault="00074E63"/>
    <w:p w14:paraId="2ADEC70F" w14:textId="77777777" w:rsidR="00074E63" w:rsidRDefault="00074E63"/>
    <w:p w14:paraId="46E8CA86" w14:textId="77777777" w:rsidR="00074E63" w:rsidRDefault="00074E63"/>
    <w:p w14:paraId="16F82B26" w14:textId="77777777" w:rsidR="00074E63" w:rsidRDefault="00074E63"/>
    <w:p w14:paraId="0481EB9F" w14:textId="77777777" w:rsidR="00074E63" w:rsidRDefault="00074E63"/>
    <w:p w14:paraId="2C6149C8" w14:textId="77777777" w:rsidR="00074E63" w:rsidRDefault="00074E63"/>
    <w:p w14:paraId="76B9F976" w14:textId="77777777" w:rsidR="00074E63" w:rsidRDefault="00074E63"/>
    <w:p w14:paraId="4E33E1DB" w14:textId="77777777" w:rsidR="00074E63" w:rsidRDefault="00074E63"/>
    <w:p w14:paraId="559D3AD6"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20671614" w14:textId="77777777">
        <w:trPr>
          <w:jc w:val="center"/>
        </w:trPr>
        <w:tc>
          <w:tcPr>
            <w:tcW w:w="10368" w:type="dxa"/>
            <w:shd w:val="clear" w:color="auto" w:fill="EAF3F8"/>
          </w:tcPr>
          <w:p w14:paraId="1F6C7F94" w14:textId="77777777" w:rsidR="0022027E" w:rsidRDefault="00E43F18">
            <w:pPr>
              <w:spacing w:before="60" w:after="60"/>
            </w:pPr>
            <w:r>
              <w:rPr>
                <w:b/>
                <w:color w:val="1F4E79"/>
                <w:sz w:val="26"/>
              </w:rPr>
              <w:t>6. Proposed Entry and Exit Route</w:t>
            </w:r>
          </w:p>
        </w:tc>
      </w:tr>
    </w:tbl>
    <w:p w14:paraId="2DC6B16B" w14:textId="77777777" w:rsidR="0022027E" w:rsidRDefault="0022027E"/>
    <w:p w14:paraId="3A911988" w14:textId="77777777" w:rsidR="0022027E" w:rsidRDefault="00E43F18">
      <w:r>
        <w:t>Describe how equipment and/or structures will be transported to and from the proposed location, including how often you intend to enter and exit the park.</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276BF123" w14:textId="77777777">
        <w:trPr>
          <w:jc w:val="center"/>
        </w:trPr>
        <w:tc>
          <w:tcPr>
            <w:tcW w:w="10368" w:type="dxa"/>
            <w:shd w:val="clear" w:color="auto" w:fill="FFF2CC"/>
            <w:vAlign w:val="center"/>
          </w:tcPr>
          <w:p w14:paraId="6B8D5111" w14:textId="77777777" w:rsidR="0022027E" w:rsidRDefault="00E43F18">
            <w:pPr>
              <w:spacing w:after="0"/>
            </w:pPr>
            <w:r>
              <w:rPr>
                <w:sz w:val="18"/>
              </w:rPr>
              <w:t>Motorized vehicle access within parks is generally not permitted. If you believe vehicle access is necessary for your operation, provide the proposed entry and exit route(s), explain why access is required, and indicate how often you expect to enter and exit the park.</w:t>
            </w:r>
          </w:p>
        </w:tc>
      </w:tr>
    </w:tbl>
    <w:p w14:paraId="730E9E35"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5176"/>
        <w:gridCol w:w="5176"/>
      </w:tblGrid>
      <w:tr w:rsidR="0022027E" w14:paraId="5FA0B380" w14:textId="77777777">
        <w:trPr>
          <w:jc w:val="center"/>
        </w:trPr>
        <w:tc>
          <w:tcPr>
            <w:tcW w:w="5184" w:type="dxa"/>
            <w:shd w:val="clear" w:color="auto" w:fill="EAF3F8"/>
            <w:vAlign w:val="center"/>
          </w:tcPr>
          <w:p w14:paraId="12D856EF" w14:textId="77777777" w:rsidR="0022027E" w:rsidRDefault="00E43F18">
            <w:pPr>
              <w:spacing w:after="0"/>
            </w:pPr>
            <w:r>
              <w:rPr>
                <w:b/>
                <w:sz w:val="18"/>
              </w:rPr>
              <w:t>Transport method</w:t>
            </w:r>
          </w:p>
        </w:tc>
        <w:tc>
          <w:tcPr>
            <w:tcW w:w="5184" w:type="dxa"/>
            <w:vAlign w:val="center"/>
          </w:tcPr>
          <w:p w14:paraId="108BD616" w14:textId="77777777" w:rsidR="0022027E" w:rsidRDefault="00E43F18">
            <w:pPr>
              <w:spacing w:after="0"/>
            </w:pPr>
            <w:r>
              <w:rPr>
                <w:sz w:val="18"/>
              </w:rPr>
              <w:t>[Example: pushcart transported manually from legal street parking / other method]</w:t>
            </w:r>
          </w:p>
        </w:tc>
      </w:tr>
      <w:tr w:rsidR="0022027E" w14:paraId="5B9903F9" w14:textId="77777777">
        <w:trPr>
          <w:jc w:val="center"/>
        </w:trPr>
        <w:tc>
          <w:tcPr>
            <w:tcW w:w="5184" w:type="dxa"/>
            <w:shd w:val="clear" w:color="auto" w:fill="EAF3F8"/>
            <w:vAlign w:val="center"/>
          </w:tcPr>
          <w:p w14:paraId="33132778" w14:textId="77777777" w:rsidR="0022027E" w:rsidRDefault="00E43F18">
            <w:pPr>
              <w:spacing w:after="0"/>
            </w:pPr>
            <w:r>
              <w:rPr>
                <w:b/>
                <w:sz w:val="18"/>
              </w:rPr>
              <w:t>Vehicle access to parkland proposed?</w:t>
            </w:r>
          </w:p>
        </w:tc>
        <w:tc>
          <w:tcPr>
            <w:tcW w:w="5184" w:type="dxa"/>
            <w:vAlign w:val="center"/>
          </w:tcPr>
          <w:p w14:paraId="00DDE4A3" w14:textId="77777777" w:rsidR="0022027E" w:rsidRDefault="00E43F18">
            <w:pPr>
              <w:spacing w:after="0"/>
            </w:pPr>
            <w:r>
              <w:rPr>
                <w:sz w:val="18"/>
              </w:rPr>
              <w:t>[No / Yes — explain why required]</w:t>
            </w:r>
          </w:p>
        </w:tc>
      </w:tr>
      <w:tr w:rsidR="0022027E" w14:paraId="3BBF00A3" w14:textId="77777777">
        <w:trPr>
          <w:jc w:val="center"/>
        </w:trPr>
        <w:tc>
          <w:tcPr>
            <w:tcW w:w="5184" w:type="dxa"/>
            <w:shd w:val="clear" w:color="auto" w:fill="EAF3F8"/>
            <w:vAlign w:val="center"/>
          </w:tcPr>
          <w:p w14:paraId="183A6198" w14:textId="77777777" w:rsidR="0022027E" w:rsidRDefault="00E43F18">
            <w:pPr>
              <w:spacing w:after="0"/>
            </w:pPr>
            <w:r>
              <w:rPr>
                <w:b/>
                <w:sz w:val="18"/>
              </w:rPr>
              <w:t>Frequency</w:t>
            </w:r>
          </w:p>
        </w:tc>
        <w:tc>
          <w:tcPr>
            <w:tcW w:w="5184" w:type="dxa"/>
            <w:vAlign w:val="center"/>
          </w:tcPr>
          <w:p w14:paraId="12BEC602" w14:textId="77777777" w:rsidR="0022027E" w:rsidRDefault="00E43F18">
            <w:pPr>
              <w:spacing w:after="0"/>
            </w:pPr>
            <w:r>
              <w:rPr>
                <w:sz w:val="18"/>
              </w:rPr>
              <w:t>[Daily / weekly / monthly / once or twice per season / other]</w:t>
            </w:r>
          </w:p>
        </w:tc>
      </w:tr>
      <w:tr w:rsidR="0022027E" w14:paraId="1B319480" w14:textId="77777777">
        <w:trPr>
          <w:jc w:val="center"/>
        </w:trPr>
        <w:tc>
          <w:tcPr>
            <w:tcW w:w="5184" w:type="dxa"/>
            <w:shd w:val="clear" w:color="auto" w:fill="EAF3F8"/>
            <w:vAlign w:val="center"/>
          </w:tcPr>
          <w:p w14:paraId="298832C0" w14:textId="77777777" w:rsidR="0022027E" w:rsidRDefault="00E43F18">
            <w:pPr>
              <w:spacing w:after="0"/>
            </w:pPr>
            <w:r>
              <w:rPr>
                <w:b/>
                <w:sz w:val="18"/>
              </w:rPr>
              <w:t>Route description</w:t>
            </w:r>
          </w:p>
        </w:tc>
        <w:tc>
          <w:tcPr>
            <w:tcW w:w="5184" w:type="dxa"/>
            <w:vAlign w:val="center"/>
          </w:tcPr>
          <w:p w14:paraId="690FB8CE" w14:textId="77777777" w:rsidR="0022027E" w:rsidRDefault="00E43F18">
            <w:pPr>
              <w:spacing w:after="0"/>
            </w:pPr>
            <w:r>
              <w:rPr>
                <w:sz w:val="18"/>
              </w:rPr>
              <w:t>[Describe route from parking/loading area to approved vending location and return route]</w:t>
            </w:r>
          </w:p>
        </w:tc>
      </w:tr>
    </w:tbl>
    <w:p w14:paraId="581AA7EC"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19F73153" w14:textId="77777777">
        <w:trPr>
          <w:jc w:val="center"/>
        </w:trPr>
        <w:tc>
          <w:tcPr>
            <w:tcW w:w="10368" w:type="dxa"/>
            <w:shd w:val="clear" w:color="auto" w:fill="F4F6F8"/>
          </w:tcPr>
          <w:p w14:paraId="11A8F622" w14:textId="77777777" w:rsidR="0022027E" w:rsidRDefault="00E43F18">
            <w:pPr>
              <w:spacing w:before="440" w:after="440"/>
              <w:jc w:val="center"/>
            </w:pPr>
            <w:r>
              <w:rPr>
                <w:b/>
                <w:color w:val="646464"/>
                <w:sz w:val="22"/>
              </w:rPr>
              <w:t>[Insert map or sketch showing proposed entry/exit route here]</w:t>
            </w:r>
          </w:p>
        </w:tc>
      </w:tr>
    </w:tbl>
    <w:p w14:paraId="3B2BEEC1" w14:textId="77777777" w:rsidR="0022027E" w:rsidRDefault="0022027E"/>
    <w:p w14:paraId="3A1C11F6" w14:textId="77777777" w:rsidR="00074E63" w:rsidRDefault="00074E63"/>
    <w:p w14:paraId="651574BA" w14:textId="77777777" w:rsidR="00074E63" w:rsidRDefault="00074E63"/>
    <w:p w14:paraId="45C86C15" w14:textId="77777777" w:rsidR="00074E63" w:rsidRDefault="00074E63"/>
    <w:p w14:paraId="264BAE7C" w14:textId="77777777" w:rsidR="00074E63" w:rsidRDefault="00074E63"/>
    <w:p w14:paraId="6187B8E1" w14:textId="77777777" w:rsidR="00074E63" w:rsidRDefault="00074E63"/>
    <w:p w14:paraId="745414EA" w14:textId="77777777" w:rsidR="00074E63" w:rsidRDefault="00074E63"/>
    <w:p w14:paraId="736883E5" w14:textId="77777777" w:rsidR="00074E63" w:rsidRDefault="00074E63"/>
    <w:p w14:paraId="02F029B0" w14:textId="77777777" w:rsidR="00074E63" w:rsidRDefault="00074E63"/>
    <w:p w14:paraId="794368B0" w14:textId="77777777" w:rsidR="00074E63" w:rsidRDefault="00074E63"/>
    <w:p w14:paraId="6088D384" w14:textId="77777777" w:rsidR="00074E63" w:rsidRDefault="00074E63"/>
    <w:p w14:paraId="0C2E6DC1" w14:textId="77777777" w:rsidR="00074E63" w:rsidRDefault="00074E63"/>
    <w:p w14:paraId="52B1748B" w14:textId="77777777" w:rsidR="00074E63" w:rsidRDefault="00074E63"/>
    <w:p w14:paraId="708F9104" w14:textId="77777777" w:rsidR="00074E63" w:rsidRDefault="00074E63"/>
    <w:p w14:paraId="01C06AB7" w14:textId="77777777" w:rsidR="00074E63" w:rsidRDefault="00074E63"/>
    <w:p w14:paraId="6E8C4A04" w14:textId="77777777" w:rsidR="00074E63" w:rsidRDefault="00074E63"/>
    <w:p w14:paraId="07473CC9" w14:textId="77777777" w:rsidR="00074E63" w:rsidRDefault="00074E63"/>
    <w:p w14:paraId="64F4F840" w14:textId="77777777" w:rsidR="00074E63" w:rsidRDefault="00074E63"/>
    <w:p w14:paraId="701855C1" w14:textId="77777777" w:rsidR="00074E63" w:rsidRDefault="00074E63"/>
    <w:p w14:paraId="171D8F6A" w14:textId="77777777" w:rsidR="00074E63" w:rsidRDefault="00074E63"/>
    <w:p w14:paraId="5E526802" w14:textId="77777777" w:rsidR="00074E63" w:rsidRDefault="00074E63"/>
    <w:p w14:paraId="622B29C6" w14:textId="77777777" w:rsidR="00074E63" w:rsidRDefault="00074E63"/>
    <w:p w14:paraId="54D5B2F5" w14:textId="77777777" w:rsidR="00074E63" w:rsidRDefault="00074E63"/>
    <w:p w14:paraId="06DAF578" w14:textId="77777777" w:rsidR="00074E63" w:rsidRDefault="00074E63"/>
    <w:p w14:paraId="59A0D5B0" w14:textId="77777777" w:rsidR="00074E63" w:rsidRDefault="00074E63"/>
    <w:p w14:paraId="2B48DB97"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243A0105" w14:textId="77777777">
        <w:trPr>
          <w:jc w:val="center"/>
        </w:trPr>
        <w:tc>
          <w:tcPr>
            <w:tcW w:w="10368" w:type="dxa"/>
            <w:shd w:val="clear" w:color="auto" w:fill="EAF3F8"/>
          </w:tcPr>
          <w:p w14:paraId="1F734565" w14:textId="77777777" w:rsidR="0022027E" w:rsidRDefault="00E43F18">
            <w:pPr>
              <w:spacing w:before="60" w:after="60"/>
            </w:pPr>
            <w:r>
              <w:rPr>
                <w:b/>
                <w:color w:val="1F4E79"/>
                <w:sz w:val="26"/>
              </w:rPr>
              <w:t>7. Proposed Equipment / Structures</w:t>
            </w:r>
          </w:p>
        </w:tc>
      </w:tr>
    </w:tbl>
    <w:p w14:paraId="6045E1AD" w14:textId="77777777" w:rsidR="0022027E" w:rsidRDefault="0022027E"/>
    <w:p w14:paraId="73EF80E9" w14:textId="77777777" w:rsidR="0022027E" w:rsidRDefault="00E43F18">
      <w:r>
        <w:t>Provide colour photographs of all proposed temporary equipment and/or structures. Label and identify each photograph.</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618"/>
        <w:gridCol w:w="3558"/>
        <w:gridCol w:w="2589"/>
        <w:gridCol w:w="2587"/>
      </w:tblGrid>
      <w:tr w:rsidR="0022027E" w14:paraId="54F2C39B" w14:textId="77777777" w:rsidTr="00ED5290">
        <w:trPr>
          <w:jc w:val="center"/>
        </w:trPr>
        <w:tc>
          <w:tcPr>
            <w:tcW w:w="1620" w:type="dxa"/>
            <w:shd w:val="clear" w:color="auto" w:fill="D9D9D9" w:themeFill="background1" w:themeFillShade="D9"/>
            <w:vAlign w:val="center"/>
          </w:tcPr>
          <w:p w14:paraId="46316D65" w14:textId="77777777" w:rsidR="0022027E" w:rsidRPr="00ED5290" w:rsidRDefault="00E43F18">
            <w:pPr>
              <w:spacing w:after="0"/>
              <w:jc w:val="center"/>
              <w:rPr>
                <w:sz w:val="18"/>
                <w:szCs w:val="18"/>
              </w:rPr>
            </w:pPr>
            <w:r w:rsidRPr="00ED5290">
              <w:rPr>
                <w:b/>
                <w:sz w:val="18"/>
                <w:szCs w:val="18"/>
              </w:rPr>
              <w:t>Item #</w:t>
            </w:r>
          </w:p>
        </w:tc>
        <w:tc>
          <w:tcPr>
            <w:tcW w:w="3564" w:type="dxa"/>
            <w:shd w:val="clear" w:color="auto" w:fill="D9D9D9" w:themeFill="background1" w:themeFillShade="D9"/>
            <w:vAlign w:val="center"/>
          </w:tcPr>
          <w:p w14:paraId="713E942E" w14:textId="77777777" w:rsidR="0022027E" w:rsidRPr="00ED5290" w:rsidRDefault="00E43F18">
            <w:pPr>
              <w:spacing w:after="0"/>
              <w:rPr>
                <w:sz w:val="18"/>
                <w:szCs w:val="18"/>
              </w:rPr>
            </w:pPr>
            <w:r w:rsidRPr="00ED5290">
              <w:rPr>
                <w:b/>
                <w:sz w:val="18"/>
                <w:szCs w:val="18"/>
              </w:rPr>
              <w:t>Description &amp; dimensions</w:t>
            </w:r>
          </w:p>
        </w:tc>
        <w:tc>
          <w:tcPr>
            <w:tcW w:w="2592" w:type="dxa"/>
            <w:shd w:val="clear" w:color="auto" w:fill="D9D9D9" w:themeFill="background1" w:themeFillShade="D9"/>
            <w:vAlign w:val="center"/>
          </w:tcPr>
          <w:p w14:paraId="08C79669" w14:textId="77777777" w:rsidR="0022027E" w:rsidRPr="00ED5290" w:rsidRDefault="00E43F18">
            <w:pPr>
              <w:spacing w:after="0"/>
              <w:rPr>
                <w:sz w:val="18"/>
                <w:szCs w:val="18"/>
              </w:rPr>
            </w:pPr>
            <w:r w:rsidRPr="00ED5290">
              <w:rPr>
                <w:b/>
                <w:sz w:val="18"/>
                <w:szCs w:val="18"/>
              </w:rPr>
              <w:t>Photo / image placeholder</w:t>
            </w:r>
          </w:p>
        </w:tc>
        <w:tc>
          <w:tcPr>
            <w:tcW w:w="2592" w:type="dxa"/>
            <w:shd w:val="clear" w:color="auto" w:fill="D9D9D9" w:themeFill="background1" w:themeFillShade="D9"/>
            <w:vAlign w:val="center"/>
          </w:tcPr>
          <w:p w14:paraId="6BE1EA9F" w14:textId="77777777" w:rsidR="0022027E" w:rsidRPr="00ED5290" w:rsidRDefault="00E43F18">
            <w:pPr>
              <w:spacing w:after="0"/>
              <w:rPr>
                <w:sz w:val="18"/>
                <w:szCs w:val="18"/>
              </w:rPr>
            </w:pPr>
            <w:r w:rsidRPr="00ED5290">
              <w:rPr>
                <w:b/>
                <w:sz w:val="18"/>
                <w:szCs w:val="18"/>
              </w:rPr>
              <w:t>Size</w:t>
            </w:r>
          </w:p>
        </w:tc>
      </w:tr>
      <w:tr w:rsidR="0022027E" w14:paraId="41BAFC81" w14:textId="77777777" w:rsidTr="00ED5290">
        <w:trPr>
          <w:jc w:val="center"/>
        </w:trPr>
        <w:tc>
          <w:tcPr>
            <w:tcW w:w="1620" w:type="dxa"/>
            <w:vAlign w:val="center"/>
          </w:tcPr>
          <w:p w14:paraId="7428DD13" w14:textId="77777777" w:rsidR="0022027E" w:rsidRDefault="00E43F18">
            <w:pPr>
              <w:spacing w:after="0"/>
              <w:jc w:val="center"/>
              <w:rPr>
                <w:sz w:val="18"/>
                <w:szCs w:val="18"/>
              </w:rPr>
            </w:pPr>
            <w:r w:rsidRPr="003A5FC5">
              <w:rPr>
                <w:sz w:val="18"/>
                <w:szCs w:val="18"/>
              </w:rPr>
              <w:t>1</w:t>
            </w:r>
          </w:p>
          <w:p w14:paraId="088722C1" w14:textId="77777777" w:rsidR="00FE6572" w:rsidRDefault="00FE6572">
            <w:pPr>
              <w:spacing w:after="0"/>
              <w:jc w:val="center"/>
              <w:rPr>
                <w:sz w:val="18"/>
                <w:szCs w:val="18"/>
              </w:rPr>
            </w:pPr>
          </w:p>
          <w:p w14:paraId="7B57C44A" w14:textId="77777777" w:rsidR="00FE6572" w:rsidRDefault="00FE6572">
            <w:pPr>
              <w:spacing w:after="0"/>
              <w:jc w:val="center"/>
              <w:rPr>
                <w:sz w:val="18"/>
                <w:szCs w:val="18"/>
              </w:rPr>
            </w:pPr>
          </w:p>
          <w:p w14:paraId="6794E8C4" w14:textId="77777777" w:rsidR="00FE6572" w:rsidRDefault="00FE6572">
            <w:pPr>
              <w:spacing w:after="0"/>
              <w:jc w:val="center"/>
              <w:rPr>
                <w:sz w:val="18"/>
                <w:szCs w:val="18"/>
              </w:rPr>
            </w:pPr>
          </w:p>
          <w:p w14:paraId="1D18261D" w14:textId="77777777" w:rsidR="00FE6572" w:rsidRDefault="00FE6572">
            <w:pPr>
              <w:spacing w:after="0"/>
              <w:jc w:val="center"/>
              <w:rPr>
                <w:sz w:val="18"/>
                <w:szCs w:val="18"/>
              </w:rPr>
            </w:pPr>
          </w:p>
          <w:p w14:paraId="7FDC21CF" w14:textId="77777777" w:rsidR="00FE6572" w:rsidRDefault="00FE6572">
            <w:pPr>
              <w:spacing w:after="0"/>
              <w:jc w:val="center"/>
              <w:rPr>
                <w:sz w:val="18"/>
                <w:szCs w:val="18"/>
              </w:rPr>
            </w:pPr>
          </w:p>
          <w:p w14:paraId="0046F63E" w14:textId="77777777" w:rsidR="00FE6572" w:rsidRPr="003A5FC5" w:rsidRDefault="00FE6572">
            <w:pPr>
              <w:spacing w:after="0"/>
              <w:jc w:val="center"/>
              <w:rPr>
                <w:sz w:val="18"/>
                <w:szCs w:val="18"/>
              </w:rPr>
            </w:pPr>
          </w:p>
        </w:tc>
        <w:tc>
          <w:tcPr>
            <w:tcW w:w="3564" w:type="dxa"/>
            <w:vAlign w:val="center"/>
          </w:tcPr>
          <w:p w14:paraId="3D614F56" w14:textId="7455DDF9" w:rsidR="00ED5290" w:rsidRPr="003A5FC5" w:rsidRDefault="00E43F18">
            <w:pPr>
              <w:spacing w:after="0"/>
              <w:rPr>
                <w:sz w:val="18"/>
                <w:szCs w:val="18"/>
              </w:rPr>
            </w:pPr>
            <w:r w:rsidRPr="003A5FC5">
              <w:rPr>
                <w:sz w:val="18"/>
                <w:szCs w:val="18"/>
              </w:rPr>
              <w:t>[Insert item name and description]</w:t>
            </w:r>
          </w:p>
        </w:tc>
        <w:tc>
          <w:tcPr>
            <w:tcW w:w="2592" w:type="dxa"/>
            <w:vAlign w:val="center"/>
          </w:tcPr>
          <w:p w14:paraId="592D7387" w14:textId="77777777" w:rsidR="0022027E" w:rsidRPr="003A5FC5" w:rsidRDefault="00E43F18">
            <w:pPr>
              <w:spacing w:after="0"/>
              <w:jc w:val="center"/>
              <w:rPr>
                <w:sz w:val="18"/>
                <w:szCs w:val="18"/>
              </w:rPr>
            </w:pPr>
            <w:r w:rsidRPr="003A5FC5">
              <w:rPr>
                <w:sz w:val="18"/>
                <w:szCs w:val="18"/>
              </w:rPr>
              <w:t>[Insert photo]</w:t>
            </w:r>
          </w:p>
        </w:tc>
        <w:tc>
          <w:tcPr>
            <w:tcW w:w="2592" w:type="dxa"/>
            <w:vAlign w:val="center"/>
          </w:tcPr>
          <w:p w14:paraId="3FB5EFBD" w14:textId="77777777" w:rsidR="0022027E" w:rsidRPr="003A5FC5" w:rsidRDefault="00E43F18">
            <w:pPr>
              <w:spacing w:after="0"/>
              <w:rPr>
                <w:sz w:val="18"/>
                <w:szCs w:val="18"/>
              </w:rPr>
            </w:pPr>
            <w:r w:rsidRPr="003A5FC5">
              <w:rPr>
                <w:sz w:val="18"/>
                <w:szCs w:val="18"/>
              </w:rPr>
              <w:t>[L x W x H]</w:t>
            </w:r>
          </w:p>
        </w:tc>
      </w:tr>
      <w:tr w:rsidR="0022027E" w14:paraId="64220A3F" w14:textId="77777777" w:rsidTr="00ED5290">
        <w:trPr>
          <w:jc w:val="center"/>
        </w:trPr>
        <w:tc>
          <w:tcPr>
            <w:tcW w:w="1620" w:type="dxa"/>
            <w:vAlign w:val="center"/>
          </w:tcPr>
          <w:p w14:paraId="07A99696" w14:textId="77777777" w:rsidR="0022027E" w:rsidRDefault="00E43F18">
            <w:pPr>
              <w:spacing w:after="0"/>
              <w:jc w:val="center"/>
              <w:rPr>
                <w:sz w:val="18"/>
                <w:szCs w:val="18"/>
              </w:rPr>
            </w:pPr>
            <w:r w:rsidRPr="003A5FC5">
              <w:rPr>
                <w:sz w:val="18"/>
                <w:szCs w:val="18"/>
              </w:rPr>
              <w:t>2</w:t>
            </w:r>
          </w:p>
          <w:p w14:paraId="5138BE84" w14:textId="77777777" w:rsidR="00FE6572" w:rsidRDefault="00FE6572">
            <w:pPr>
              <w:spacing w:after="0"/>
              <w:jc w:val="center"/>
              <w:rPr>
                <w:sz w:val="18"/>
                <w:szCs w:val="18"/>
              </w:rPr>
            </w:pPr>
          </w:p>
          <w:p w14:paraId="3A574190" w14:textId="77777777" w:rsidR="00FE6572" w:rsidRDefault="00FE6572">
            <w:pPr>
              <w:spacing w:after="0"/>
              <w:jc w:val="center"/>
              <w:rPr>
                <w:sz w:val="18"/>
                <w:szCs w:val="18"/>
              </w:rPr>
            </w:pPr>
          </w:p>
          <w:p w14:paraId="4D19B550" w14:textId="77777777" w:rsidR="00FE6572" w:rsidRDefault="00FE6572">
            <w:pPr>
              <w:spacing w:after="0"/>
              <w:jc w:val="center"/>
              <w:rPr>
                <w:sz w:val="18"/>
                <w:szCs w:val="18"/>
              </w:rPr>
            </w:pPr>
          </w:p>
          <w:p w14:paraId="307339FB" w14:textId="77777777" w:rsidR="00FE6572" w:rsidRDefault="00FE6572">
            <w:pPr>
              <w:spacing w:after="0"/>
              <w:jc w:val="center"/>
              <w:rPr>
                <w:sz w:val="18"/>
                <w:szCs w:val="18"/>
              </w:rPr>
            </w:pPr>
          </w:p>
          <w:p w14:paraId="1B4C42DB" w14:textId="77777777" w:rsidR="00FE6572" w:rsidRDefault="00FE6572">
            <w:pPr>
              <w:spacing w:after="0"/>
              <w:jc w:val="center"/>
              <w:rPr>
                <w:sz w:val="18"/>
                <w:szCs w:val="18"/>
              </w:rPr>
            </w:pPr>
          </w:p>
          <w:p w14:paraId="3D75A858" w14:textId="77777777" w:rsidR="00FE6572" w:rsidRPr="003A5FC5" w:rsidRDefault="00FE6572">
            <w:pPr>
              <w:spacing w:after="0"/>
              <w:jc w:val="center"/>
              <w:rPr>
                <w:sz w:val="18"/>
                <w:szCs w:val="18"/>
              </w:rPr>
            </w:pPr>
          </w:p>
        </w:tc>
        <w:tc>
          <w:tcPr>
            <w:tcW w:w="3564" w:type="dxa"/>
            <w:vAlign w:val="center"/>
          </w:tcPr>
          <w:p w14:paraId="65C81CBF" w14:textId="77777777" w:rsidR="0022027E" w:rsidRPr="003A5FC5" w:rsidRDefault="00E43F18">
            <w:pPr>
              <w:spacing w:after="0"/>
              <w:rPr>
                <w:sz w:val="18"/>
                <w:szCs w:val="18"/>
              </w:rPr>
            </w:pPr>
            <w:r w:rsidRPr="003A5FC5">
              <w:rPr>
                <w:sz w:val="18"/>
                <w:szCs w:val="18"/>
              </w:rPr>
              <w:t>[Insert item name and description]</w:t>
            </w:r>
          </w:p>
        </w:tc>
        <w:tc>
          <w:tcPr>
            <w:tcW w:w="2592" w:type="dxa"/>
            <w:vAlign w:val="center"/>
          </w:tcPr>
          <w:p w14:paraId="4903B0FD" w14:textId="77777777" w:rsidR="0022027E" w:rsidRPr="003A5FC5" w:rsidRDefault="00E43F18">
            <w:pPr>
              <w:spacing w:after="0"/>
              <w:jc w:val="center"/>
              <w:rPr>
                <w:sz w:val="18"/>
                <w:szCs w:val="18"/>
              </w:rPr>
            </w:pPr>
            <w:r w:rsidRPr="003A5FC5">
              <w:rPr>
                <w:sz w:val="18"/>
                <w:szCs w:val="18"/>
              </w:rPr>
              <w:t>[Insert photo]</w:t>
            </w:r>
          </w:p>
        </w:tc>
        <w:tc>
          <w:tcPr>
            <w:tcW w:w="2592" w:type="dxa"/>
            <w:vAlign w:val="center"/>
          </w:tcPr>
          <w:p w14:paraId="2DA9BF70" w14:textId="77777777" w:rsidR="0022027E" w:rsidRPr="003A5FC5" w:rsidRDefault="00E43F18">
            <w:pPr>
              <w:spacing w:after="0"/>
              <w:rPr>
                <w:sz w:val="18"/>
                <w:szCs w:val="18"/>
              </w:rPr>
            </w:pPr>
            <w:r w:rsidRPr="003A5FC5">
              <w:rPr>
                <w:sz w:val="18"/>
                <w:szCs w:val="18"/>
              </w:rPr>
              <w:t>[L x W x H]</w:t>
            </w:r>
          </w:p>
        </w:tc>
      </w:tr>
      <w:tr w:rsidR="0022027E" w14:paraId="66D98DF6" w14:textId="77777777" w:rsidTr="00ED5290">
        <w:trPr>
          <w:jc w:val="center"/>
        </w:trPr>
        <w:tc>
          <w:tcPr>
            <w:tcW w:w="1620" w:type="dxa"/>
            <w:vAlign w:val="center"/>
          </w:tcPr>
          <w:p w14:paraId="38847032" w14:textId="77777777" w:rsidR="0022027E" w:rsidRDefault="00E43F18">
            <w:pPr>
              <w:spacing w:after="0"/>
              <w:jc w:val="center"/>
              <w:rPr>
                <w:sz w:val="18"/>
                <w:szCs w:val="18"/>
              </w:rPr>
            </w:pPr>
            <w:r w:rsidRPr="003A5FC5">
              <w:rPr>
                <w:sz w:val="18"/>
                <w:szCs w:val="18"/>
              </w:rPr>
              <w:t>3</w:t>
            </w:r>
          </w:p>
          <w:p w14:paraId="2ECACD6A" w14:textId="77777777" w:rsidR="00FE6572" w:rsidRDefault="00FE6572">
            <w:pPr>
              <w:spacing w:after="0"/>
              <w:jc w:val="center"/>
              <w:rPr>
                <w:sz w:val="18"/>
                <w:szCs w:val="18"/>
              </w:rPr>
            </w:pPr>
          </w:p>
          <w:p w14:paraId="1F4348D2" w14:textId="77777777" w:rsidR="00FE6572" w:rsidRDefault="00FE6572">
            <w:pPr>
              <w:spacing w:after="0"/>
              <w:jc w:val="center"/>
              <w:rPr>
                <w:sz w:val="18"/>
                <w:szCs w:val="18"/>
              </w:rPr>
            </w:pPr>
          </w:p>
          <w:p w14:paraId="7AF4BC74" w14:textId="77777777" w:rsidR="00FE6572" w:rsidRDefault="00FE6572">
            <w:pPr>
              <w:spacing w:after="0"/>
              <w:jc w:val="center"/>
              <w:rPr>
                <w:sz w:val="18"/>
                <w:szCs w:val="18"/>
              </w:rPr>
            </w:pPr>
          </w:p>
          <w:p w14:paraId="75E5293A" w14:textId="77777777" w:rsidR="00FE6572" w:rsidRDefault="00FE6572">
            <w:pPr>
              <w:spacing w:after="0"/>
              <w:jc w:val="center"/>
              <w:rPr>
                <w:sz w:val="18"/>
                <w:szCs w:val="18"/>
              </w:rPr>
            </w:pPr>
          </w:p>
          <w:p w14:paraId="023CE413" w14:textId="77777777" w:rsidR="00FE6572" w:rsidRDefault="00FE6572">
            <w:pPr>
              <w:spacing w:after="0"/>
              <w:jc w:val="center"/>
              <w:rPr>
                <w:sz w:val="18"/>
                <w:szCs w:val="18"/>
              </w:rPr>
            </w:pPr>
          </w:p>
          <w:p w14:paraId="08EFF592" w14:textId="77777777" w:rsidR="00FE6572" w:rsidRPr="003A5FC5" w:rsidRDefault="00FE6572">
            <w:pPr>
              <w:spacing w:after="0"/>
              <w:jc w:val="center"/>
              <w:rPr>
                <w:sz w:val="18"/>
                <w:szCs w:val="18"/>
              </w:rPr>
            </w:pPr>
          </w:p>
        </w:tc>
        <w:tc>
          <w:tcPr>
            <w:tcW w:w="3564" w:type="dxa"/>
            <w:vAlign w:val="center"/>
          </w:tcPr>
          <w:p w14:paraId="78AC9DFB" w14:textId="77777777" w:rsidR="0022027E" w:rsidRPr="003A5FC5" w:rsidRDefault="00E43F18">
            <w:pPr>
              <w:spacing w:after="0"/>
              <w:rPr>
                <w:sz w:val="18"/>
                <w:szCs w:val="18"/>
              </w:rPr>
            </w:pPr>
            <w:r w:rsidRPr="003A5FC5">
              <w:rPr>
                <w:sz w:val="18"/>
                <w:szCs w:val="18"/>
              </w:rPr>
              <w:t>[Insert item name and description]</w:t>
            </w:r>
          </w:p>
        </w:tc>
        <w:tc>
          <w:tcPr>
            <w:tcW w:w="2592" w:type="dxa"/>
            <w:vAlign w:val="center"/>
          </w:tcPr>
          <w:p w14:paraId="11358C04" w14:textId="77777777" w:rsidR="0022027E" w:rsidRPr="003A5FC5" w:rsidRDefault="00E43F18">
            <w:pPr>
              <w:spacing w:after="0"/>
              <w:jc w:val="center"/>
              <w:rPr>
                <w:sz w:val="18"/>
                <w:szCs w:val="18"/>
              </w:rPr>
            </w:pPr>
            <w:r w:rsidRPr="003A5FC5">
              <w:rPr>
                <w:sz w:val="18"/>
                <w:szCs w:val="18"/>
              </w:rPr>
              <w:t>[Insert photo]</w:t>
            </w:r>
          </w:p>
        </w:tc>
        <w:tc>
          <w:tcPr>
            <w:tcW w:w="2592" w:type="dxa"/>
            <w:vAlign w:val="center"/>
          </w:tcPr>
          <w:p w14:paraId="4E49233C" w14:textId="77777777" w:rsidR="0022027E" w:rsidRPr="003A5FC5" w:rsidRDefault="00E43F18">
            <w:pPr>
              <w:spacing w:after="0"/>
              <w:rPr>
                <w:sz w:val="18"/>
                <w:szCs w:val="18"/>
              </w:rPr>
            </w:pPr>
            <w:r w:rsidRPr="003A5FC5">
              <w:rPr>
                <w:sz w:val="18"/>
                <w:szCs w:val="18"/>
              </w:rPr>
              <w:t>[L x W x H]</w:t>
            </w:r>
          </w:p>
        </w:tc>
      </w:tr>
      <w:tr w:rsidR="0022027E" w14:paraId="23B93B9F" w14:textId="77777777" w:rsidTr="00ED5290">
        <w:trPr>
          <w:jc w:val="center"/>
        </w:trPr>
        <w:tc>
          <w:tcPr>
            <w:tcW w:w="1620" w:type="dxa"/>
            <w:vAlign w:val="center"/>
          </w:tcPr>
          <w:p w14:paraId="0F19CD05" w14:textId="77777777" w:rsidR="0022027E" w:rsidRDefault="00E43F18">
            <w:pPr>
              <w:spacing w:after="0"/>
              <w:jc w:val="center"/>
              <w:rPr>
                <w:sz w:val="18"/>
                <w:szCs w:val="18"/>
              </w:rPr>
            </w:pPr>
            <w:r w:rsidRPr="003A5FC5">
              <w:rPr>
                <w:sz w:val="18"/>
                <w:szCs w:val="18"/>
              </w:rPr>
              <w:t>4</w:t>
            </w:r>
          </w:p>
          <w:p w14:paraId="4C456146" w14:textId="77777777" w:rsidR="00FE6572" w:rsidRDefault="00FE6572">
            <w:pPr>
              <w:spacing w:after="0"/>
              <w:jc w:val="center"/>
              <w:rPr>
                <w:sz w:val="18"/>
                <w:szCs w:val="18"/>
              </w:rPr>
            </w:pPr>
          </w:p>
          <w:p w14:paraId="65DC525B" w14:textId="77777777" w:rsidR="00FE6572" w:rsidRDefault="00FE6572">
            <w:pPr>
              <w:spacing w:after="0"/>
              <w:jc w:val="center"/>
              <w:rPr>
                <w:sz w:val="18"/>
                <w:szCs w:val="18"/>
              </w:rPr>
            </w:pPr>
          </w:p>
          <w:p w14:paraId="3329F250" w14:textId="77777777" w:rsidR="00FE6572" w:rsidRDefault="00FE6572">
            <w:pPr>
              <w:spacing w:after="0"/>
              <w:jc w:val="center"/>
              <w:rPr>
                <w:sz w:val="18"/>
                <w:szCs w:val="18"/>
              </w:rPr>
            </w:pPr>
          </w:p>
          <w:p w14:paraId="540835CC" w14:textId="77777777" w:rsidR="00FE6572" w:rsidRDefault="00FE6572">
            <w:pPr>
              <w:spacing w:after="0"/>
              <w:jc w:val="center"/>
              <w:rPr>
                <w:sz w:val="18"/>
                <w:szCs w:val="18"/>
              </w:rPr>
            </w:pPr>
          </w:p>
          <w:p w14:paraId="4327F60D" w14:textId="77777777" w:rsidR="00FE6572" w:rsidRPr="003A5FC5" w:rsidRDefault="00FE6572">
            <w:pPr>
              <w:spacing w:after="0"/>
              <w:jc w:val="center"/>
              <w:rPr>
                <w:sz w:val="18"/>
                <w:szCs w:val="18"/>
              </w:rPr>
            </w:pPr>
          </w:p>
        </w:tc>
        <w:tc>
          <w:tcPr>
            <w:tcW w:w="3564" w:type="dxa"/>
            <w:vAlign w:val="center"/>
          </w:tcPr>
          <w:p w14:paraId="6F1728D6" w14:textId="77777777" w:rsidR="0022027E" w:rsidRPr="003A5FC5" w:rsidRDefault="00E43F18">
            <w:pPr>
              <w:spacing w:after="0"/>
              <w:rPr>
                <w:sz w:val="18"/>
                <w:szCs w:val="18"/>
              </w:rPr>
            </w:pPr>
            <w:r w:rsidRPr="003A5FC5">
              <w:rPr>
                <w:sz w:val="18"/>
                <w:szCs w:val="18"/>
              </w:rPr>
              <w:t>[Insert item name and description]</w:t>
            </w:r>
          </w:p>
        </w:tc>
        <w:tc>
          <w:tcPr>
            <w:tcW w:w="2592" w:type="dxa"/>
            <w:vAlign w:val="center"/>
          </w:tcPr>
          <w:p w14:paraId="66868AF5" w14:textId="77777777" w:rsidR="0022027E" w:rsidRPr="003A5FC5" w:rsidRDefault="00E43F18">
            <w:pPr>
              <w:spacing w:after="0"/>
              <w:jc w:val="center"/>
              <w:rPr>
                <w:sz w:val="18"/>
                <w:szCs w:val="18"/>
              </w:rPr>
            </w:pPr>
            <w:r w:rsidRPr="003A5FC5">
              <w:rPr>
                <w:sz w:val="18"/>
                <w:szCs w:val="18"/>
              </w:rPr>
              <w:t>[Insert photo]</w:t>
            </w:r>
          </w:p>
        </w:tc>
        <w:tc>
          <w:tcPr>
            <w:tcW w:w="2592" w:type="dxa"/>
            <w:vAlign w:val="center"/>
          </w:tcPr>
          <w:p w14:paraId="528DC486" w14:textId="77777777" w:rsidR="0022027E" w:rsidRPr="003A5FC5" w:rsidRDefault="00E43F18">
            <w:pPr>
              <w:spacing w:after="0"/>
              <w:rPr>
                <w:sz w:val="18"/>
                <w:szCs w:val="18"/>
              </w:rPr>
            </w:pPr>
            <w:r w:rsidRPr="003A5FC5">
              <w:rPr>
                <w:sz w:val="18"/>
                <w:szCs w:val="18"/>
              </w:rPr>
              <w:t>[L x W x H]</w:t>
            </w:r>
          </w:p>
        </w:tc>
      </w:tr>
      <w:tr w:rsidR="0022027E" w14:paraId="5E5223CA" w14:textId="77777777" w:rsidTr="00ED5290">
        <w:trPr>
          <w:jc w:val="center"/>
        </w:trPr>
        <w:tc>
          <w:tcPr>
            <w:tcW w:w="1620" w:type="dxa"/>
            <w:vAlign w:val="center"/>
          </w:tcPr>
          <w:p w14:paraId="01462E20" w14:textId="77777777" w:rsidR="0022027E" w:rsidRDefault="00E43F18">
            <w:pPr>
              <w:spacing w:after="0"/>
              <w:jc w:val="center"/>
              <w:rPr>
                <w:sz w:val="18"/>
                <w:szCs w:val="18"/>
              </w:rPr>
            </w:pPr>
            <w:r w:rsidRPr="003A5FC5">
              <w:rPr>
                <w:sz w:val="18"/>
                <w:szCs w:val="18"/>
              </w:rPr>
              <w:t>5</w:t>
            </w:r>
          </w:p>
          <w:p w14:paraId="2A5343C2" w14:textId="77777777" w:rsidR="00FE6572" w:rsidRDefault="00FE6572">
            <w:pPr>
              <w:spacing w:after="0"/>
              <w:jc w:val="center"/>
              <w:rPr>
                <w:sz w:val="18"/>
                <w:szCs w:val="18"/>
              </w:rPr>
            </w:pPr>
          </w:p>
          <w:p w14:paraId="62F30EF1" w14:textId="77777777" w:rsidR="00FE6572" w:rsidRDefault="00FE6572">
            <w:pPr>
              <w:spacing w:after="0"/>
              <w:jc w:val="center"/>
              <w:rPr>
                <w:sz w:val="18"/>
                <w:szCs w:val="18"/>
              </w:rPr>
            </w:pPr>
          </w:p>
          <w:p w14:paraId="56C0EFB8" w14:textId="77777777" w:rsidR="00FE6572" w:rsidRDefault="00FE6572">
            <w:pPr>
              <w:spacing w:after="0"/>
              <w:jc w:val="center"/>
              <w:rPr>
                <w:sz w:val="18"/>
                <w:szCs w:val="18"/>
              </w:rPr>
            </w:pPr>
          </w:p>
          <w:p w14:paraId="5B8D030D" w14:textId="77777777" w:rsidR="00FE6572" w:rsidRDefault="00FE6572">
            <w:pPr>
              <w:spacing w:after="0"/>
              <w:jc w:val="center"/>
              <w:rPr>
                <w:sz w:val="18"/>
                <w:szCs w:val="18"/>
              </w:rPr>
            </w:pPr>
          </w:p>
          <w:p w14:paraId="14310EAB" w14:textId="77777777" w:rsidR="00FE6572" w:rsidRPr="003A5FC5" w:rsidRDefault="00FE6572">
            <w:pPr>
              <w:spacing w:after="0"/>
              <w:jc w:val="center"/>
              <w:rPr>
                <w:sz w:val="18"/>
                <w:szCs w:val="18"/>
              </w:rPr>
            </w:pPr>
          </w:p>
        </w:tc>
        <w:tc>
          <w:tcPr>
            <w:tcW w:w="3564" w:type="dxa"/>
            <w:vAlign w:val="center"/>
          </w:tcPr>
          <w:p w14:paraId="390C69AC" w14:textId="77777777" w:rsidR="0022027E" w:rsidRPr="003A5FC5" w:rsidRDefault="00E43F18">
            <w:pPr>
              <w:spacing w:after="0"/>
              <w:rPr>
                <w:sz w:val="18"/>
                <w:szCs w:val="18"/>
              </w:rPr>
            </w:pPr>
            <w:r w:rsidRPr="003A5FC5">
              <w:rPr>
                <w:sz w:val="18"/>
                <w:szCs w:val="18"/>
              </w:rPr>
              <w:t>[Insert item name and description]</w:t>
            </w:r>
          </w:p>
        </w:tc>
        <w:tc>
          <w:tcPr>
            <w:tcW w:w="2592" w:type="dxa"/>
            <w:vAlign w:val="center"/>
          </w:tcPr>
          <w:p w14:paraId="2C3EC420" w14:textId="77777777" w:rsidR="0022027E" w:rsidRPr="003A5FC5" w:rsidRDefault="00E43F18">
            <w:pPr>
              <w:spacing w:after="0"/>
              <w:jc w:val="center"/>
              <w:rPr>
                <w:sz w:val="18"/>
                <w:szCs w:val="18"/>
              </w:rPr>
            </w:pPr>
            <w:r w:rsidRPr="003A5FC5">
              <w:rPr>
                <w:sz w:val="18"/>
                <w:szCs w:val="18"/>
              </w:rPr>
              <w:t>[Insert photo]</w:t>
            </w:r>
          </w:p>
        </w:tc>
        <w:tc>
          <w:tcPr>
            <w:tcW w:w="2592" w:type="dxa"/>
            <w:vAlign w:val="center"/>
          </w:tcPr>
          <w:p w14:paraId="7EF6D4E4" w14:textId="77777777" w:rsidR="0022027E" w:rsidRPr="003A5FC5" w:rsidRDefault="00E43F18">
            <w:pPr>
              <w:spacing w:after="0"/>
              <w:rPr>
                <w:sz w:val="18"/>
                <w:szCs w:val="18"/>
              </w:rPr>
            </w:pPr>
            <w:r w:rsidRPr="003A5FC5">
              <w:rPr>
                <w:sz w:val="18"/>
                <w:szCs w:val="18"/>
              </w:rPr>
              <w:t>[L x W x H]</w:t>
            </w:r>
          </w:p>
        </w:tc>
      </w:tr>
    </w:tbl>
    <w:p w14:paraId="1033EB0E" w14:textId="77777777" w:rsidR="0022027E" w:rsidRDefault="0022027E"/>
    <w:p w14:paraId="2CE91E12" w14:textId="77777777" w:rsidR="00074E63" w:rsidRDefault="00074E63"/>
    <w:p w14:paraId="7A39F8A3" w14:textId="77777777" w:rsidR="00074E63" w:rsidRDefault="00074E63"/>
    <w:p w14:paraId="513FEE76" w14:textId="77777777" w:rsidR="00074E63" w:rsidRDefault="00074E63"/>
    <w:p w14:paraId="1067F41F" w14:textId="77777777" w:rsidR="00074E63" w:rsidRDefault="00074E63"/>
    <w:p w14:paraId="3417247E" w14:textId="77777777" w:rsidR="00074E63" w:rsidRDefault="00074E63"/>
    <w:p w14:paraId="00B9E7E7" w14:textId="77777777" w:rsidR="00074E63" w:rsidRDefault="00074E63"/>
    <w:p w14:paraId="2E29A577" w14:textId="77777777" w:rsidR="00074E63" w:rsidRDefault="00074E63"/>
    <w:p w14:paraId="1B6227D6" w14:textId="77777777" w:rsidR="00074E63" w:rsidRDefault="00074E63"/>
    <w:p w14:paraId="2F6CA647" w14:textId="77777777" w:rsidR="00074E63" w:rsidRDefault="00074E63"/>
    <w:p w14:paraId="37830C4A" w14:textId="77777777" w:rsidR="00074E63" w:rsidRDefault="00074E63"/>
    <w:p w14:paraId="4932B2C7" w14:textId="77777777" w:rsidR="00074E63" w:rsidRDefault="00074E63"/>
    <w:p w14:paraId="02947090" w14:textId="77777777" w:rsidR="00074E63" w:rsidRDefault="00074E63"/>
    <w:p w14:paraId="3AD7CCE2" w14:textId="77777777" w:rsidR="00074E63" w:rsidRDefault="00074E63"/>
    <w:p w14:paraId="44CD9536" w14:textId="77777777" w:rsidR="00ED5290" w:rsidRDefault="00ED5290"/>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05ADD23C" w14:textId="77777777">
        <w:trPr>
          <w:jc w:val="center"/>
        </w:trPr>
        <w:tc>
          <w:tcPr>
            <w:tcW w:w="10368" w:type="dxa"/>
            <w:shd w:val="clear" w:color="auto" w:fill="EAF3F8"/>
          </w:tcPr>
          <w:p w14:paraId="32CD366D" w14:textId="77777777" w:rsidR="0022027E" w:rsidRDefault="00E43F18">
            <w:pPr>
              <w:spacing w:before="60" w:after="60"/>
            </w:pPr>
            <w:r>
              <w:rPr>
                <w:b/>
                <w:color w:val="1F4E79"/>
                <w:sz w:val="26"/>
              </w:rPr>
              <w:t>8. Alberta Health Services Food Handling Permit, if Applicable</w:t>
            </w:r>
          </w:p>
        </w:tc>
      </w:tr>
    </w:tbl>
    <w:p w14:paraId="78670B14" w14:textId="77777777" w:rsidR="0022027E" w:rsidRDefault="0022027E"/>
    <w:p w14:paraId="242102D1" w14:textId="77777777" w:rsidR="0022027E" w:rsidRDefault="00E43F18">
      <w:r>
        <w:t>If your business operation requires an Alberta Health Services Food Handling Permit, attach a current copy. Permit requirements, conditions, and approval processes are determined by Alberta Health Services and may vary based on the operation.</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3F19CE9F" w14:textId="77777777">
        <w:trPr>
          <w:jc w:val="center"/>
        </w:trPr>
        <w:tc>
          <w:tcPr>
            <w:tcW w:w="10368" w:type="dxa"/>
            <w:shd w:val="clear" w:color="auto" w:fill="F4F6F8"/>
          </w:tcPr>
          <w:p w14:paraId="2175CBD8" w14:textId="77777777" w:rsidR="0022027E" w:rsidRDefault="00E43F18">
            <w:pPr>
              <w:spacing w:before="440" w:after="440"/>
              <w:jc w:val="center"/>
            </w:pPr>
            <w:r>
              <w:rPr>
                <w:b/>
                <w:color w:val="646464"/>
                <w:sz w:val="22"/>
              </w:rPr>
              <w:t>[Attach or insert AHS Food Handling Permit here]</w:t>
            </w:r>
          </w:p>
        </w:tc>
      </w:tr>
    </w:tbl>
    <w:p w14:paraId="5C188998" w14:textId="77777777" w:rsidR="0022027E" w:rsidRDefault="0022027E"/>
    <w:p w14:paraId="35905B4D" w14:textId="77777777" w:rsidR="00074E63" w:rsidRDefault="00074E63"/>
    <w:p w14:paraId="188E03BF" w14:textId="77777777" w:rsidR="00074E63" w:rsidRDefault="00074E63"/>
    <w:p w14:paraId="78984F01" w14:textId="77777777" w:rsidR="00074E63" w:rsidRDefault="00074E63"/>
    <w:p w14:paraId="75BB5E51" w14:textId="77777777" w:rsidR="00074E63" w:rsidRDefault="00074E63"/>
    <w:p w14:paraId="12A2B258" w14:textId="77777777" w:rsidR="00074E63" w:rsidRDefault="00074E63"/>
    <w:p w14:paraId="573CCD26" w14:textId="77777777" w:rsidR="00074E63" w:rsidRDefault="00074E63"/>
    <w:p w14:paraId="05AB6A5A" w14:textId="77777777" w:rsidR="00074E63" w:rsidRDefault="00074E63"/>
    <w:p w14:paraId="6D0239FE" w14:textId="77777777" w:rsidR="00074E63" w:rsidRDefault="00074E63"/>
    <w:p w14:paraId="4E92BC86" w14:textId="77777777" w:rsidR="00074E63" w:rsidRDefault="00074E63"/>
    <w:p w14:paraId="242D6953" w14:textId="77777777" w:rsidR="00074E63" w:rsidRDefault="00074E63"/>
    <w:p w14:paraId="783425A7" w14:textId="77777777" w:rsidR="00074E63" w:rsidRDefault="00074E63"/>
    <w:p w14:paraId="148CA125" w14:textId="77777777" w:rsidR="00074E63" w:rsidRDefault="00074E63"/>
    <w:p w14:paraId="3D6DF3F6" w14:textId="77777777" w:rsidR="00074E63" w:rsidRDefault="00074E63"/>
    <w:p w14:paraId="1225C7A3" w14:textId="77777777" w:rsidR="00074E63" w:rsidRDefault="00074E63"/>
    <w:p w14:paraId="1679BCAA" w14:textId="77777777" w:rsidR="00074E63" w:rsidRDefault="00074E63"/>
    <w:p w14:paraId="701ED522" w14:textId="77777777" w:rsidR="00074E63" w:rsidRDefault="00074E63"/>
    <w:p w14:paraId="54D8240F" w14:textId="77777777" w:rsidR="00074E63" w:rsidRDefault="00074E63"/>
    <w:p w14:paraId="3AD15333" w14:textId="77777777" w:rsidR="00074E63" w:rsidRDefault="00074E63"/>
    <w:p w14:paraId="2240CB8F" w14:textId="77777777" w:rsidR="00074E63" w:rsidRDefault="00074E63"/>
    <w:p w14:paraId="38583990" w14:textId="77777777" w:rsidR="00074E63" w:rsidRDefault="00074E63"/>
    <w:p w14:paraId="76F7FB38" w14:textId="77777777" w:rsidR="00074E63" w:rsidRDefault="00074E63"/>
    <w:p w14:paraId="60327A12" w14:textId="77777777" w:rsidR="00074E63" w:rsidRDefault="00074E63"/>
    <w:p w14:paraId="13593D17" w14:textId="77777777" w:rsidR="00074E63" w:rsidRDefault="00074E63"/>
    <w:p w14:paraId="6CF823A9" w14:textId="77777777" w:rsidR="00074E63" w:rsidRDefault="00074E63"/>
    <w:p w14:paraId="017A75E5" w14:textId="77777777" w:rsidR="00074E63" w:rsidRDefault="00074E63"/>
    <w:p w14:paraId="50AD7610" w14:textId="77777777" w:rsidR="00074E63" w:rsidRDefault="00074E63"/>
    <w:p w14:paraId="27088DF1" w14:textId="77777777" w:rsidR="00074E63" w:rsidRDefault="00074E63"/>
    <w:p w14:paraId="68A74646" w14:textId="77777777" w:rsidR="00074E63" w:rsidRDefault="00074E63"/>
    <w:p w14:paraId="52764093" w14:textId="77777777" w:rsidR="00074E63" w:rsidRDefault="00074E63"/>
    <w:p w14:paraId="732B7791" w14:textId="77777777" w:rsidR="00074E63" w:rsidRDefault="00074E63"/>
    <w:p w14:paraId="6BB9C69A" w14:textId="77777777" w:rsidR="00074E63" w:rsidRDefault="00074E63"/>
    <w:p w14:paraId="47E2A0F8" w14:textId="77777777" w:rsidR="00074E63" w:rsidRDefault="00074E63"/>
    <w:p w14:paraId="093980DF"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6623AA0A" w14:textId="77777777">
        <w:trPr>
          <w:jc w:val="center"/>
        </w:trPr>
        <w:tc>
          <w:tcPr>
            <w:tcW w:w="10368" w:type="dxa"/>
            <w:shd w:val="clear" w:color="auto" w:fill="EAF3F8"/>
          </w:tcPr>
          <w:p w14:paraId="34637246" w14:textId="77777777" w:rsidR="0022027E" w:rsidRDefault="00E43F18">
            <w:pPr>
              <w:spacing w:before="60" w:after="60"/>
            </w:pPr>
            <w:r>
              <w:rPr>
                <w:b/>
                <w:color w:val="1F4E79"/>
                <w:sz w:val="26"/>
              </w:rPr>
              <w:t>9. WCB Clearance Letter, if Applicable</w:t>
            </w:r>
          </w:p>
        </w:tc>
      </w:tr>
    </w:tbl>
    <w:p w14:paraId="013F2DD5" w14:textId="77777777" w:rsidR="0022027E" w:rsidRDefault="0022027E"/>
    <w:p w14:paraId="4D53CB17" w14:textId="51F49CB1" w:rsidR="0022027E" w:rsidRDefault="00E43F18" w:rsidP="00912FE1">
      <w:r>
        <w:t>A WCB Clearance Letter confirms that a business has an active Workers’ Compensation Board account and is in good standing at the time the certificate is generated.</w:t>
      </w:r>
    </w:p>
    <w:p w14:paraId="22A31A2F" w14:textId="77777777" w:rsidR="0022027E" w:rsidRDefault="00E43F18">
      <w:pPr>
        <w:pStyle w:val="ListBullet"/>
      </w:pPr>
      <w:r>
        <w:t>WCB account number</w:t>
      </w:r>
    </w:p>
    <w:p w14:paraId="663034F8" w14:textId="77777777" w:rsidR="0022027E" w:rsidRDefault="00E43F18">
      <w:pPr>
        <w:pStyle w:val="ListBullet"/>
      </w:pPr>
      <w:r>
        <w:t>Clearance status or confirmation of good standing</w:t>
      </w:r>
    </w:p>
    <w:p w14:paraId="626CFB43" w14:textId="77777777" w:rsidR="0022027E" w:rsidRDefault="00E43F18">
      <w:pPr>
        <w:pStyle w:val="ListBullet"/>
      </w:pPr>
      <w:r>
        <w:t>Date of issue</w:t>
      </w:r>
    </w:p>
    <w:p w14:paraId="09F02C22" w14:textId="77777777" w:rsidR="0022027E" w:rsidRDefault="00E43F18">
      <w:pPr>
        <w:pStyle w:val="ListBullet"/>
      </w:pPr>
      <w:r>
        <w:t>Certificate holder</w:t>
      </w:r>
    </w:p>
    <w:p w14:paraId="5DD9D251" w14:textId="77777777" w:rsidR="0022027E" w:rsidRDefault="00E43F18">
      <w:pPr>
        <w:pStyle w:val="ListBullet"/>
      </w:pPr>
      <w:r>
        <w:t>Information identifying the business covered by the clearance</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5807DF05" w14:textId="77777777">
        <w:trPr>
          <w:jc w:val="center"/>
        </w:trPr>
        <w:tc>
          <w:tcPr>
            <w:tcW w:w="10368" w:type="dxa"/>
            <w:shd w:val="clear" w:color="auto" w:fill="FFF2CC"/>
            <w:vAlign w:val="center"/>
          </w:tcPr>
          <w:p w14:paraId="08664F96" w14:textId="77777777" w:rsidR="0022027E" w:rsidRDefault="00E43F18">
            <w:pPr>
              <w:spacing w:after="0"/>
            </w:pPr>
            <w:r>
              <w:rPr>
                <w:sz w:val="18"/>
              </w:rPr>
              <w:t>This template provides general guidance only. WCB Clearance Letters are generated directly by WCB and may vary in format. Applicants are responsible for obtaining and submitting current WCB documentation when required.</w:t>
            </w:r>
          </w:p>
        </w:tc>
      </w:tr>
    </w:tbl>
    <w:p w14:paraId="41039F21"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6CBE3B2B" w14:textId="77777777">
        <w:trPr>
          <w:jc w:val="center"/>
        </w:trPr>
        <w:tc>
          <w:tcPr>
            <w:tcW w:w="10368" w:type="dxa"/>
            <w:shd w:val="clear" w:color="auto" w:fill="F4F6F8"/>
          </w:tcPr>
          <w:p w14:paraId="42FC866F" w14:textId="77777777" w:rsidR="0022027E" w:rsidRDefault="00E43F18">
            <w:pPr>
              <w:spacing w:before="440" w:after="440"/>
              <w:jc w:val="center"/>
            </w:pPr>
            <w:r>
              <w:rPr>
                <w:b/>
                <w:color w:val="646464"/>
                <w:sz w:val="22"/>
              </w:rPr>
              <w:t>[Attach or insert WCB Clearance Letter here]</w:t>
            </w:r>
          </w:p>
        </w:tc>
      </w:tr>
    </w:tbl>
    <w:p w14:paraId="58F0E192" w14:textId="77777777" w:rsidR="0022027E" w:rsidRDefault="0022027E"/>
    <w:p w14:paraId="059DCBB7" w14:textId="77777777" w:rsidR="00074E63" w:rsidRDefault="00074E63"/>
    <w:p w14:paraId="495EB778" w14:textId="77777777" w:rsidR="00074E63" w:rsidRDefault="00074E63"/>
    <w:p w14:paraId="1C16B09A" w14:textId="77777777" w:rsidR="00074E63" w:rsidRDefault="00074E63"/>
    <w:p w14:paraId="63AE842E" w14:textId="77777777" w:rsidR="00074E63" w:rsidRDefault="00074E63"/>
    <w:p w14:paraId="7BF223BB" w14:textId="77777777" w:rsidR="00074E63" w:rsidRDefault="00074E63"/>
    <w:p w14:paraId="3EFD5A0D" w14:textId="77777777" w:rsidR="00074E63" w:rsidRDefault="00074E63"/>
    <w:p w14:paraId="4989BC14" w14:textId="77777777" w:rsidR="00074E63" w:rsidRDefault="00074E63"/>
    <w:p w14:paraId="79AEBD5A" w14:textId="77777777" w:rsidR="00074E63" w:rsidRDefault="00074E63"/>
    <w:p w14:paraId="6D2905F5" w14:textId="77777777" w:rsidR="00074E63" w:rsidRDefault="00074E63"/>
    <w:p w14:paraId="13A1E8B2" w14:textId="77777777" w:rsidR="00074E63" w:rsidRDefault="00074E63"/>
    <w:p w14:paraId="5ABF61FB" w14:textId="77777777" w:rsidR="00074E63" w:rsidRDefault="00074E63"/>
    <w:p w14:paraId="67CCCF3B" w14:textId="77777777" w:rsidR="00074E63" w:rsidRDefault="00074E63"/>
    <w:p w14:paraId="5538658B" w14:textId="77777777" w:rsidR="00074E63" w:rsidRDefault="00074E63"/>
    <w:p w14:paraId="5C2D817C" w14:textId="77777777" w:rsidR="00074E63" w:rsidRDefault="00074E63"/>
    <w:p w14:paraId="56891946" w14:textId="77777777" w:rsidR="00074E63" w:rsidRDefault="00074E63"/>
    <w:p w14:paraId="3C08088C" w14:textId="77777777" w:rsidR="00074E63" w:rsidRDefault="00074E63"/>
    <w:p w14:paraId="01A78D28" w14:textId="77777777" w:rsidR="00074E63" w:rsidRDefault="00074E63"/>
    <w:p w14:paraId="67BCD67D" w14:textId="77777777" w:rsidR="00074E63" w:rsidRDefault="00074E63"/>
    <w:p w14:paraId="2DABD77D" w14:textId="77777777" w:rsidR="00074E63" w:rsidRDefault="00074E63"/>
    <w:p w14:paraId="48939614" w14:textId="77777777" w:rsidR="00074E63" w:rsidRDefault="00074E63"/>
    <w:p w14:paraId="237F9150" w14:textId="77777777" w:rsidR="00074E63" w:rsidRDefault="00074E63"/>
    <w:p w14:paraId="5CF5E032" w14:textId="77777777" w:rsidR="00074E63" w:rsidRDefault="00074E63"/>
    <w:p w14:paraId="1B693EF7" w14:textId="77777777" w:rsidR="00074E63" w:rsidRDefault="00074E63"/>
    <w:p w14:paraId="5C5BF662" w14:textId="77777777" w:rsidR="00074E63" w:rsidRDefault="00074E63"/>
    <w:p w14:paraId="003D8996" w14:textId="77777777" w:rsidR="00074E63" w:rsidRDefault="00074E63"/>
    <w:p w14:paraId="359CA30C"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2C20DC52" w14:textId="77777777">
        <w:trPr>
          <w:jc w:val="center"/>
        </w:trPr>
        <w:tc>
          <w:tcPr>
            <w:tcW w:w="10368" w:type="dxa"/>
            <w:shd w:val="clear" w:color="auto" w:fill="EAF3F8"/>
          </w:tcPr>
          <w:p w14:paraId="2C0A8F1B" w14:textId="77777777" w:rsidR="0022027E" w:rsidRDefault="00E43F18">
            <w:pPr>
              <w:spacing w:before="60" w:after="60"/>
            </w:pPr>
            <w:r>
              <w:rPr>
                <w:b/>
                <w:color w:val="1F4E79"/>
                <w:sz w:val="26"/>
              </w:rPr>
              <w:lastRenderedPageBreak/>
              <w:t>10. Environmental Plan Template</w:t>
            </w:r>
          </w:p>
        </w:tc>
      </w:tr>
    </w:tbl>
    <w:p w14:paraId="03B103A5"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568080C7" w14:textId="77777777">
        <w:trPr>
          <w:jc w:val="center"/>
        </w:trPr>
        <w:tc>
          <w:tcPr>
            <w:tcW w:w="10368" w:type="dxa"/>
            <w:shd w:val="clear" w:color="auto" w:fill="FFF2CC"/>
            <w:vAlign w:val="center"/>
          </w:tcPr>
          <w:p w14:paraId="38E579DA" w14:textId="77777777" w:rsidR="0022027E" w:rsidRDefault="00E43F18">
            <w:pPr>
              <w:spacing w:after="0"/>
            </w:pPr>
            <w:r>
              <w:rPr>
                <w:sz w:val="18"/>
              </w:rPr>
              <w:t>Environmental Plans are generally required when an operation accesses and/or utilizes Calgary waterways or may impact waterways or storm drainage systems. Revise the sample wording below to match your specific operation.</w:t>
            </w:r>
          </w:p>
        </w:tc>
      </w:tr>
    </w:tbl>
    <w:p w14:paraId="1AD9314E" w14:textId="77777777" w:rsidR="0022027E" w:rsidRDefault="0022027E"/>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5176"/>
        <w:gridCol w:w="5176"/>
      </w:tblGrid>
      <w:tr w:rsidR="0022027E" w14:paraId="627D4641" w14:textId="77777777">
        <w:trPr>
          <w:jc w:val="center"/>
        </w:trPr>
        <w:tc>
          <w:tcPr>
            <w:tcW w:w="5184" w:type="dxa"/>
            <w:shd w:val="clear" w:color="auto" w:fill="EAF3F8"/>
            <w:vAlign w:val="center"/>
          </w:tcPr>
          <w:p w14:paraId="19453D1A" w14:textId="77777777" w:rsidR="0022027E" w:rsidRDefault="00E43F18">
            <w:pPr>
              <w:spacing w:after="0"/>
            </w:pPr>
            <w:r>
              <w:rPr>
                <w:b/>
                <w:sz w:val="18"/>
              </w:rPr>
              <w:t>Business Name</w:t>
            </w:r>
          </w:p>
        </w:tc>
        <w:tc>
          <w:tcPr>
            <w:tcW w:w="5184" w:type="dxa"/>
            <w:vAlign w:val="center"/>
          </w:tcPr>
          <w:p w14:paraId="1045D807" w14:textId="77777777" w:rsidR="0022027E" w:rsidRDefault="00E43F18">
            <w:pPr>
              <w:spacing w:after="0"/>
            </w:pPr>
            <w:r>
              <w:rPr>
                <w:sz w:val="18"/>
              </w:rPr>
              <w:t>[Insert business name]</w:t>
            </w:r>
          </w:p>
        </w:tc>
      </w:tr>
      <w:tr w:rsidR="0022027E" w14:paraId="7125C24C" w14:textId="77777777">
        <w:trPr>
          <w:jc w:val="center"/>
        </w:trPr>
        <w:tc>
          <w:tcPr>
            <w:tcW w:w="5184" w:type="dxa"/>
            <w:shd w:val="clear" w:color="auto" w:fill="EAF3F8"/>
            <w:vAlign w:val="center"/>
          </w:tcPr>
          <w:p w14:paraId="7AFD10EA" w14:textId="77777777" w:rsidR="0022027E" w:rsidRDefault="00E43F18">
            <w:pPr>
              <w:spacing w:after="0"/>
            </w:pPr>
            <w:r>
              <w:rPr>
                <w:b/>
                <w:sz w:val="18"/>
              </w:rPr>
              <w:t>Permit Holder Name</w:t>
            </w:r>
          </w:p>
        </w:tc>
        <w:tc>
          <w:tcPr>
            <w:tcW w:w="5184" w:type="dxa"/>
            <w:vAlign w:val="center"/>
          </w:tcPr>
          <w:p w14:paraId="597ED106" w14:textId="77777777" w:rsidR="0022027E" w:rsidRDefault="00E43F18">
            <w:pPr>
              <w:spacing w:after="0"/>
            </w:pPr>
            <w:r>
              <w:rPr>
                <w:sz w:val="18"/>
              </w:rPr>
              <w:t>[Insert permit holder name]</w:t>
            </w:r>
          </w:p>
        </w:tc>
      </w:tr>
      <w:tr w:rsidR="0022027E" w14:paraId="7AE33E06" w14:textId="77777777">
        <w:trPr>
          <w:jc w:val="center"/>
        </w:trPr>
        <w:tc>
          <w:tcPr>
            <w:tcW w:w="5184" w:type="dxa"/>
            <w:shd w:val="clear" w:color="auto" w:fill="EAF3F8"/>
            <w:vAlign w:val="center"/>
          </w:tcPr>
          <w:p w14:paraId="509BC5C2" w14:textId="77777777" w:rsidR="0022027E" w:rsidRDefault="00E43F18">
            <w:pPr>
              <w:spacing w:after="0"/>
            </w:pPr>
            <w:r>
              <w:rPr>
                <w:b/>
                <w:sz w:val="18"/>
              </w:rPr>
              <w:t>Business Address / Personal Address</w:t>
            </w:r>
          </w:p>
        </w:tc>
        <w:tc>
          <w:tcPr>
            <w:tcW w:w="5184" w:type="dxa"/>
            <w:vAlign w:val="center"/>
          </w:tcPr>
          <w:p w14:paraId="02FE8FE7" w14:textId="77777777" w:rsidR="0022027E" w:rsidRDefault="00E43F18">
            <w:pPr>
              <w:spacing w:after="0"/>
            </w:pPr>
            <w:r>
              <w:rPr>
                <w:sz w:val="18"/>
              </w:rPr>
              <w:t>[Insert address]</w:t>
            </w:r>
          </w:p>
        </w:tc>
      </w:tr>
      <w:tr w:rsidR="0022027E" w14:paraId="506750B5" w14:textId="77777777">
        <w:trPr>
          <w:jc w:val="center"/>
        </w:trPr>
        <w:tc>
          <w:tcPr>
            <w:tcW w:w="5184" w:type="dxa"/>
            <w:shd w:val="clear" w:color="auto" w:fill="EAF3F8"/>
            <w:vAlign w:val="center"/>
          </w:tcPr>
          <w:p w14:paraId="7ACF535B" w14:textId="77777777" w:rsidR="0022027E" w:rsidRDefault="00E43F18">
            <w:pPr>
              <w:spacing w:after="0"/>
            </w:pPr>
            <w:r>
              <w:rPr>
                <w:b/>
                <w:sz w:val="18"/>
              </w:rPr>
              <w:t>Park Location</w:t>
            </w:r>
          </w:p>
        </w:tc>
        <w:tc>
          <w:tcPr>
            <w:tcW w:w="5184" w:type="dxa"/>
            <w:vAlign w:val="center"/>
          </w:tcPr>
          <w:p w14:paraId="7EBDBF78" w14:textId="77777777" w:rsidR="0022027E" w:rsidRDefault="00E43F18">
            <w:pPr>
              <w:spacing w:after="0"/>
            </w:pPr>
            <w:r>
              <w:rPr>
                <w:sz w:val="18"/>
              </w:rPr>
              <w:t>[Insert park name]</w:t>
            </w:r>
          </w:p>
        </w:tc>
      </w:tr>
      <w:tr w:rsidR="0022027E" w14:paraId="5EA0F95B" w14:textId="77777777">
        <w:trPr>
          <w:jc w:val="center"/>
        </w:trPr>
        <w:tc>
          <w:tcPr>
            <w:tcW w:w="5184" w:type="dxa"/>
            <w:shd w:val="clear" w:color="auto" w:fill="EAF3F8"/>
            <w:vAlign w:val="center"/>
          </w:tcPr>
          <w:p w14:paraId="2690222C" w14:textId="77777777" w:rsidR="0022027E" w:rsidRDefault="00E43F18">
            <w:pPr>
              <w:spacing w:after="0"/>
            </w:pPr>
            <w:r>
              <w:rPr>
                <w:b/>
                <w:sz w:val="18"/>
              </w:rPr>
              <w:t>Operation Type</w:t>
            </w:r>
          </w:p>
        </w:tc>
        <w:tc>
          <w:tcPr>
            <w:tcW w:w="5184" w:type="dxa"/>
            <w:vAlign w:val="center"/>
          </w:tcPr>
          <w:p w14:paraId="027BB37A" w14:textId="77777777" w:rsidR="0022027E" w:rsidRDefault="00E43F18">
            <w:pPr>
              <w:spacing w:after="0"/>
            </w:pPr>
            <w:r>
              <w:rPr>
                <w:sz w:val="18"/>
              </w:rPr>
              <w:t>[Insert operation type]</w:t>
            </w:r>
          </w:p>
        </w:tc>
      </w:tr>
    </w:tbl>
    <w:p w14:paraId="608AEE14" w14:textId="77777777" w:rsidR="0022027E" w:rsidRDefault="0022027E"/>
    <w:p w14:paraId="4CDC53D3" w14:textId="77777777" w:rsidR="0022027E" w:rsidRDefault="00E43F18">
      <w:pPr>
        <w:pStyle w:val="Heading2"/>
      </w:pPr>
      <w:r>
        <w:rPr>
          <w:rFonts w:ascii="Arial" w:eastAsia="Arial" w:hAnsi="Arial"/>
        </w:rPr>
        <w:t>Environmental Plan Questions</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5176"/>
        <w:gridCol w:w="5176"/>
      </w:tblGrid>
      <w:tr w:rsidR="0022027E" w14:paraId="3B509BE7" w14:textId="77777777" w:rsidTr="00A57982">
        <w:trPr>
          <w:trHeight w:val="255"/>
          <w:jc w:val="center"/>
        </w:trPr>
        <w:tc>
          <w:tcPr>
            <w:tcW w:w="5184" w:type="dxa"/>
            <w:shd w:val="clear" w:color="auto" w:fill="D9D9D9" w:themeFill="background1" w:themeFillShade="D9"/>
            <w:vAlign w:val="center"/>
          </w:tcPr>
          <w:p w14:paraId="3B88A855" w14:textId="77777777" w:rsidR="0022027E" w:rsidRPr="00A57982" w:rsidRDefault="00E43F18">
            <w:pPr>
              <w:spacing w:after="0"/>
              <w:rPr>
                <w:sz w:val="18"/>
                <w:szCs w:val="18"/>
              </w:rPr>
            </w:pPr>
            <w:r w:rsidRPr="00A57982">
              <w:rPr>
                <w:b/>
                <w:sz w:val="18"/>
                <w:szCs w:val="18"/>
              </w:rPr>
              <w:t>Question</w:t>
            </w:r>
          </w:p>
        </w:tc>
        <w:tc>
          <w:tcPr>
            <w:tcW w:w="5184" w:type="dxa"/>
            <w:shd w:val="clear" w:color="auto" w:fill="D9D9D9" w:themeFill="background1" w:themeFillShade="D9"/>
            <w:vAlign w:val="center"/>
          </w:tcPr>
          <w:p w14:paraId="04AEA730" w14:textId="77777777" w:rsidR="0022027E" w:rsidRPr="00A57982" w:rsidRDefault="00E43F18">
            <w:pPr>
              <w:spacing w:after="0"/>
              <w:rPr>
                <w:sz w:val="18"/>
                <w:szCs w:val="18"/>
              </w:rPr>
            </w:pPr>
            <w:r w:rsidRPr="00A57982">
              <w:rPr>
                <w:b/>
                <w:sz w:val="18"/>
                <w:szCs w:val="18"/>
              </w:rPr>
              <w:t>Applicant response</w:t>
            </w:r>
          </w:p>
        </w:tc>
      </w:tr>
      <w:tr w:rsidR="0022027E" w14:paraId="14BEFB9E" w14:textId="77777777">
        <w:trPr>
          <w:jc w:val="center"/>
        </w:trPr>
        <w:tc>
          <w:tcPr>
            <w:tcW w:w="5184" w:type="dxa"/>
            <w:vAlign w:val="center"/>
          </w:tcPr>
          <w:p w14:paraId="7727F724" w14:textId="77777777" w:rsidR="0022027E" w:rsidRDefault="00E43F18">
            <w:pPr>
              <w:spacing w:after="0"/>
              <w:rPr>
                <w:b/>
                <w:sz w:val="18"/>
                <w:szCs w:val="18"/>
              </w:rPr>
            </w:pPr>
            <w:r w:rsidRPr="00A57982">
              <w:rPr>
                <w:b/>
                <w:sz w:val="18"/>
                <w:szCs w:val="18"/>
              </w:rPr>
              <w:t>1. List the cleaning products you intend to use as part of your business operation, and attach corresponding Safety Data Sheet(s).</w:t>
            </w:r>
          </w:p>
          <w:p w14:paraId="255910DE" w14:textId="77777777" w:rsidR="00F0013C" w:rsidRDefault="00F0013C">
            <w:pPr>
              <w:spacing w:after="0"/>
              <w:rPr>
                <w:sz w:val="18"/>
                <w:szCs w:val="18"/>
              </w:rPr>
            </w:pPr>
          </w:p>
          <w:p w14:paraId="5174C3BF" w14:textId="77777777" w:rsidR="00F0013C" w:rsidRDefault="00F0013C">
            <w:pPr>
              <w:spacing w:after="0"/>
              <w:rPr>
                <w:sz w:val="18"/>
                <w:szCs w:val="18"/>
              </w:rPr>
            </w:pPr>
          </w:p>
          <w:p w14:paraId="4505E6A9" w14:textId="77777777" w:rsidR="00F0013C" w:rsidRDefault="00F0013C">
            <w:pPr>
              <w:spacing w:after="0"/>
              <w:rPr>
                <w:sz w:val="18"/>
                <w:szCs w:val="18"/>
              </w:rPr>
            </w:pPr>
          </w:p>
          <w:p w14:paraId="2C67EBB4" w14:textId="77777777" w:rsidR="00F0013C" w:rsidRDefault="00F0013C">
            <w:pPr>
              <w:spacing w:after="0"/>
              <w:rPr>
                <w:sz w:val="18"/>
                <w:szCs w:val="18"/>
              </w:rPr>
            </w:pPr>
          </w:p>
          <w:p w14:paraId="1E79C0FD" w14:textId="77777777" w:rsidR="00F0013C" w:rsidRPr="00A57982" w:rsidRDefault="00F0013C">
            <w:pPr>
              <w:spacing w:after="0"/>
              <w:rPr>
                <w:sz w:val="18"/>
                <w:szCs w:val="18"/>
              </w:rPr>
            </w:pPr>
          </w:p>
        </w:tc>
        <w:tc>
          <w:tcPr>
            <w:tcW w:w="5184" w:type="dxa"/>
            <w:vAlign w:val="center"/>
          </w:tcPr>
          <w:p w14:paraId="3FED7C1B" w14:textId="77777777" w:rsidR="0022027E" w:rsidRPr="00A57982" w:rsidRDefault="00E43F18">
            <w:pPr>
              <w:spacing w:after="0"/>
              <w:rPr>
                <w:sz w:val="18"/>
                <w:szCs w:val="18"/>
              </w:rPr>
            </w:pPr>
            <w:r w:rsidRPr="00A57982">
              <w:rPr>
                <w:sz w:val="18"/>
                <w:szCs w:val="18"/>
              </w:rPr>
              <w:t>[List each product and attach SDS where applicable.]</w:t>
            </w:r>
          </w:p>
        </w:tc>
      </w:tr>
      <w:tr w:rsidR="0022027E" w14:paraId="15294EF7" w14:textId="77777777">
        <w:trPr>
          <w:jc w:val="center"/>
        </w:trPr>
        <w:tc>
          <w:tcPr>
            <w:tcW w:w="5184" w:type="dxa"/>
            <w:vAlign w:val="center"/>
          </w:tcPr>
          <w:p w14:paraId="465FDD82" w14:textId="77777777" w:rsidR="0022027E" w:rsidRDefault="00E43F18">
            <w:pPr>
              <w:spacing w:after="0"/>
              <w:rPr>
                <w:b/>
                <w:sz w:val="18"/>
                <w:szCs w:val="18"/>
              </w:rPr>
            </w:pPr>
            <w:r w:rsidRPr="00A57982">
              <w:rPr>
                <w:b/>
                <w:sz w:val="18"/>
                <w:szCs w:val="18"/>
              </w:rPr>
              <w:t>2. Describe how you will ensure containment of product(s) from entering waterways and/or storm drains.</w:t>
            </w:r>
          </w:p>
          <w:p w14:paraId="2B86931C" w14:textId="77777777" w:rsidR="00F0013C" w:rsidRDefault="00F0013C">
            <w:pPr>
              <w:spacing w:after="0"/>
              <w:rPr>
                <w:b/>
                <w:sz w:val="18"/>
                <w:szCs w:val="18"/>
              </w:rPr>
            </w:pPr>
          </w:p>
          <w:p w14:paraId="2A48A202" w14:textId="77777777" w:rsidR="00F0013C" w:rsidRDefault="00F0013C">
            <w:pPr>
              <w:spacing w:after="0"/>
              <w:rPr>
                <w:b/>
                <w:sz w:val="18"/>
                <w:szCs w:val="18"/>
              </w:rPr>
            </w:pPr>
          </w:p>
          <w:p w14:paraId="101AEFC9" w14:textId="77777777" w:rsidR="00F0013C" w:rsidRDefault="00F0013C">
            <w:pPr>
              <w:spacing w:after="0"/>
              <w:rPr>
                <w:b/>
                <w:sz w:val="18"/>
                <w:szCs w:val="18"/>
              </w:rPr>
            </w:pPr>
          </w:p>
          <w:p w14:paraId="1A630F0E" w14:textId="77777777" w:rsidR="00F0013C" w:rsidRDefault="00F0013C">
            <w:pPr>
              <w:spacing w:after="0"/>
              <w:rPr>
                <w:b/>
                <w:sz w:val="18"/>
                <w:szCs w:val="18"/>
              </w:rPr>
            </w:pPr>
          </w:p>
          <w:p w14:paraId="7DC78DC6" w14:textId="77777777" w:rsidR="00F0013C" w:rsidRPr="00A57982" w:rsidRDefault="00F0013C">
            <w:pPr>
              <w:spacing w:after="0"/>
              <w:rPr>
                <w:sz w:val="18"/>
                <w:szCs w:val="18"/>
              </w:rPr>
            </w:pPr>
          </w:p>
        </w:tc>
        <w:tc>
          <w:tcPr>
            <w:tcW w:w="5184" w:type="dxa"/>
            <w:vAlign w:val="center"/>
          </w:tcPr>
          <w:p w14:paraId="6B96D9AA" w14:textId="77777777" w:rsidR="0022027E" w:rsidRPr="00A57982" w:rsidRDefault="00E43F18">
            <w:pPr>
              <w:spacing w:after="0"/>
              <w:rPr>
                <w:sz w:val="18"/>
                <w:szCs w:val="18"/>
              </w:rPr>
            </w:pPr>
            <w:r w:rsidRPr="00A57982">
              <w:rPr>
                <w:sz w:val="18"/>
                <w:szCs w:val="18"/>
              </w:rPr>
              <w:t>[Describe storage, handling, cleaning methods, disposal practices, spill kit/absorbent materials, and site checks.]</w:t>
            </w:r>
          </w:p>
        </w:tc>
      </w:tr>
      <w:tr w:rsidR="0022027E" w14:paraId="10B46073" w14:textId="77777777">
        <w:trPr>
          <w:jc w:val="center"/>
        </w:trPr>
        <w:tc>
          <w:tcPr>
            <w:tcW w:w="5184" w:type="dxa"/>
            <w:vAlign w:val="center"/>
          </w:tcPr>
          <w:p w14:paraId="2FDFAEE0" w14:textId="77777777" w:rsidR="0022027E" w:rsidRDefault="00E43F18">
            <w:pPr>
              <w:spacing w:after="0"/>
              <w:rPr>
                <w:b/>
                <w:sz w:val="18"/>
                <w:szCs w:val="18"/>
              </w:rPr>
            </w:pPr>
            <w:r w:rsidRPr="00A57982">
              <w:rPr>
                <w:b/>
                <w:sz w:val="18"/>
                <w:szCs w:val="18"/>
              </w:rPr>
              <w:t>3. Outline your emergency response plan and containment procedure if there is a spill into waterways and/or storm drains. Note: All spills entering waterways and/or storm drains must be reported.</w:t>
            </w:r>
          </w:p>
          <w:p w14:paraId="69B31A9E" w14:textId="77777777" w:rsidR="00F0013C" w:rsidRDefault="00F0013C">
            <w:pPr>
              <w:spacing w:after="0"/>
              <w:rPr>
                <w:b/>
                <w:sz w:val="18"/>
                <w:szCs w:val="18"/>
              </w:rPr>
            </w:pPr>
          </w:p>
          <w:p w14:paraId="049A83C8" w14:textId="77777777" w:rsidR="00F0013C" w:rsidRDefault="00F0013C">
            <w:pPr>
              <w:spacing w:after="0"/>
              <w:rPr>
                <w:b/>
                <w:sz w:val="18"/>
                <w:szCs w:val="18"/>
              </w:rPr>
            </w:pPr>
          </w:p>
          <w:p w14:paraId="29341977" w14:textId="77777777" w:rsidR="00F0013C" w:rsidRDefault="00F0013C">
            <w:pPr>
              <w:spacing w:after="0"/>
              <w:rPr>
                <w:b/>
                <w:sz w:val="18"/>
                <w:szCs w:val="18"/>
              </w:rPr>
            </w:pPr>
          </w:p>
          <w:p w14:paraId="78B72D4A" w14:textId="77777777" w:rsidR="00F0013C" w:rsidRDefault="00F0013C">
            <w:pPr>
              <w:spacing w:after="0"/>
              <w:rPr>
                <w:b/>
                <w:sz w:val="18"/>
                <w:szCs w:val="18"/>
              </w:rPr>
            </w:pPr>
          </w:p>
          <w:p w14:paraId="6CC7051D" w14:textId="77777777" w:rsidR="00F0013C" w:rsidRPr="00A57982" w:rsidRDefault="00F0013C">
            <w:pPr>
              <w:spacing w:after="0"/>
              <w:rPr>
                <w:sz w:val="18"/>
                <w:szCs w:val="18"/>
              </w:rPr>
            </w:pPr>
          </w:p>
        </w:tc>
        <w:tc>
          <w:tcPr>
            <w:tcW w:w="5184" w:type="dxa"/>
            <w:vAlign w:val="center"/>
          </w:tcPr>
          <w:p w14:paraId="2A1C09E5" w14:textId="77777777" w:rsidR="0022027E" w:rsidRPr="00A57982" w:rsidRDefault="00E43F18">
            <w:pPr>
              <w:spacing w:after="0"/>
              <w:rPr>
                <w:sz w:val="18"/>
                <w:szCs w:val="18"/>
              </w:rPr>
            </w:pPr>
            <w:r w:rsidRPr="00A57982">
              <w:rPr>
                <w:sz w:val="18"/>
                <w:szCs w:val="18"/>
              </w:rPr>
              <w:t>[Describe how staff will stop, contain, clean, dispose of, and report a spill.]</w:t>
            </w:r>
          </w:p>
        </w:tc>
      </w:tr>
      <w:tr w:rsidR="0022027E" w14:paraId="29D081A8" w14:textId="77777777">
        <w:trPr>
          <w:jc w:val="center"/>
        </w:trPr>
        <w:tc>
          <w:tcPr>
            <w:tcW w:w="5184" w:type="dxa"/>
            <w:vAlign w:val="center"/>
          </w:tcPr>
          <w:p w14:paraId="39875F07" w14:textId="77777777" w:rsidR="0022027E" w:rsidRDefault="00E43F18">
            <w:pPr>
              <w:spacing w:after="0"/>
              <w:rPr>
                <w:b/>
                <w:sz w:val="18"/>
                <w:szCs w:val="18"/>
              </w:rPr>
            </w:pPr>
            <w:r w:rsidRPr="00A57982">
              <w:rPr>
                <w:b/>
                <w:sz w:val="18"/>
                <w:szCs w:val="18"/>
              </w:rPr>
              <w:t>4. Outline how staff have been trained in the emergency response plan and containment procedure.</w:t>
            </w:r>
          </w:p>
          <w:p w14:paraId="7C346C38" w14:textId="77777777" w:rsidR="00F0013C" w:rsidRDefault="00F0013C">
            <w:pPr>
              <w:spacing w:after="0"/>
              <w:rPr>
                <w:b/>
                <w:sz w:val="18"/>
                <w:szCs w:val="18"/>
              </w:rPr>
            </w:pPr>
          </w:p>
          <w:p w14:paraId="6B3C7142" w14:textId="77777777" w:rsidR="00F0013C" w:rsidRDefault="00F0013C">
            <w:pPr>
              <w:spacing w:after="0"/>
              <w:rPr>
                <w:b/>
                <w:sz w:val="18"/>
                <w:szCs w:val="18"/>
              </w:rPr>
            </w:pPr>
          </w:p>
          <w:p w14:paraId="7954F800" w14:textId="77777777" w:rsidR="00F0013C" w:rsidRDefault="00F0013C">
            <w:pPr>
              <w:spacing w:after="0"/>
              <w:rPr>
                <w:b/>
                <w:sz w:val="18"/>
                <w:szCs w:val="18"/>
              </w:rPr>
            </w:pPr>
          </w:p>
          <w:p w14:paraId="62FE3BAC" w14:textId="77777777" w:rsidR="00F0013C" w:rsidRDefault="00F0013C">
            <w:pPr>
              <w:spacing w:after="0"/>
              <w:rPr>
                <w:b/>
                <w:sz w:val="18"/>
                <w:szCs w:val="18"/>
              </w:rPr>
            </w:pPr>
          </w:p>
          <w:p w14:paraId="72E4CF7A" w14:textId="77777777" w:rsidR="00F0013C" w:rsidRPr="00A57982" w:rsidRDefault="00F0013C">
            <w:pPr>
              <w:spacing w:after="0"/>
              <w:rPr>
                <w:sz w:val="18"/>
                <w:szCs w:val="18"/>
              </w:rPr>
            </w:pPr>
          </w:p>
        </w:tc>
        <w:tc>
          <w:tcPr>
            <w:tcW w:w="5184" w:type="dxa"/>
            <w:vAlign w:val="center"/>
          </w:tcPr>
          <w:p w14:paraId="4EF861E6" w14:textId="77777777" w:rsidR="0022027E" w:rsidRPr="00A57982" w:rsidRDefault="00E43F18">
            <w:pPr>
              <w:spacing w:after="0"/>
              <w:rPr>
                <w:sz w:val="18"/>
                <w:szCs w:val="18"/>
              </w:rPr>
            </w:pPr>
            <w:r w:rsidRPr="00A57982">
              <w:rPr>
                <w:sz w:val="18"/>
                <w:szCs w:val="18"/>
              </w:rPr>
              <w:t>[Describe staff training, location of emergency contacts, and how procedures are reviewed.]</w:t>
            </w:r>
          </w:p>
        </w:tc>
      </w:tr>
    </w:tbl>
    <w:p w14:paraId="3F0AE059" w14:textId="77777777" w:rsidR="0022027E" w:rsidRDefault="00E43F18">
      <w:pPr>
        <w:pStyle w:val="Heading2"/>
      </w:pPr>
      <w:r>
        <w:rPr>
          <w:rFonts w:ascii="Arial" w:eastAsia="Arial" w:hAnsi="Arial"/>
        </w:rPr>
        <w:t>Additional Environmental Protection Measures</w:t>
      </w:r>
    </w:p>
    <w:p w14:paraId="1F4D99C4" w14:textId="77777777" w:rsidR="0022027E" w:rsidRDefault="00E43F18">
      <w:pPr>
        <w:pStyle w:val="ListBullet"/>
      </w:pPr>
      <w:r>
        <w:t>No disposal of liquids, melted ice, greywater, or cleaning products onto parkland or into storm drains.</w:t>
      </w:r>
    </w:p>
    <w:p w14:paraId="7F10A919" w14:textId="77777777" w:rsidR="0022027E" w:rsidRDefault="00E43F18">
      <w:pPr>
        <w:pStyle w:val="ListBullet"/>
      </w:pPr>
      <w:r>
        <w:t>All waste generated by the operation will be removed from the site daily.</w:t>
      </w:r>
    </w:p>
    <w:p w14:paraId="3D342D6D" w14:textId="77777777" w:rsidR="0022027E" w:rsidRDefault="00E43F18">
      <w:pPr>
        <w:pStyle w:val="ListBullet"/>
      </w:pPr>
      <w:r>
        <w:t>Products will be stored securely to prevent leaks or accidental release.</w:t>
      </w:r>
    </w:p>
    <w:p w14:paraId="15BF867E" w14:textId="77777777" w:rsidR="0022027E" w:rsidRDefault="00E43F18">
      <w:pPr>
        <w:pStyle w:val="ListBullet"/>
      </w:pPr>
      <w:r>
        <w:t>The cart, equipment, and surrounding area will be checked before leaving the site.</w:t>
      </w:r>
    </w:p>
    <w:p w14:paraId="6F9745B8" w14:textId="77777777" w:rsidR="0022027E" w:rsidRDefault="00E43F18">
      <w:pPr>
        <w:pStyle w:val="ListBullet"/>
      </w:pPr>
      <w:r>
        <w:t>The vendor will operate only from the approved permit location and will not move between parks unless otherwise approved through the permit process.</w:t>
      </w:r>
    </w:p>
    <w:p w14:paraId="4B3F249E" w14:textId="77777777" w:rsidR="00074E63" w:rsidRDefault="00074E63" w:rsidP="00074E63">
      <w:pPr>
        <w:pStyle w:val="ListBullet"/>
        <w:numPr>
          <w:ilvl w:val="0"/>
          <w:numId w:val="0"/>
        </w:numPr>
      </w:pPr>
    </w:p>
    <w:p w14:paraId="71F3C02C" w14:textId="77777777" w:rsidR="00074E63" w:rsidRDefault="00074E63" w:rsidP="00074E63">
      <w:pPr>
        <w:pStyle w:val="ListBullet"/>
        <w:numPr>
          <w:ilvl w:val="0"/>
          <w:numId w:val="0"/>
        </w:numPr>
      </w:pPr>
    </w:p>
    <w:p w14:paraId="0796332B" w14:textId="77777777" w:rsidR="00074E63" w:rsidRDefault="00074E63" w:rsidP="00074E63">
      <w:pPr>
        <w:pStyle w:val="ListBullet"/>
        <w:numPr>
          <w:ilvl w:val="0"/>
          <w:numId w:val="0"/>
        </w:numPr>
      </w:pPr>
    </w:p>
    <w:p w14:paraId="2F6E463E" w14:textId="77777777" w:rsidR="00074E63" w:rsidRDefault="00074E63" w:rsidP="00074E63">
      <w:pPr>
        <w:pStyle w:val="ListBullet"/>
        <w:numPr>
          <w:ilvl w:val="0"/>
          <w:numId w:val="0"/>
        </w:numPr>
      </w:pPr>
    </w:p>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44124097" w14:textId="77777777">
        <w:trPr>
          <w:jc w:val="center"/>
        </w:trPr>
        <w:tc>
          <w:tcPr>
            <w:tcW w:w="10368" w:type="dxa"/>
            <w:shd w:val="clear" w:color="auto" w:fill="EAF3F8"/>
          </w:tcPr>
          <w:p w14:paraId="195A9BA8" w14:textId="77777777" w:rsidR="0022027E" w:rsidRDefault="00E43F18">
            <w:pPr>
              <w:spacing w:before="60" w:after="60"/>
            </w:pPr>
            <w:r>
              <w:rPr>
                <w:b/>
                <w:color w:val="1F4E79"/>
                <w:sz w:val="26"/>
              </w:rPr>
              <w:lastRenderedPageBreak/>
              <w:t>11. Safety Data Sheet(s)</w:t>
            </w:r>
          </w:p>
        </w:tc>
      </w:tr>
    </w:tbl>
    <w:p w14:paraId="0B44C26A" w14:textId="77777777" w:rsidR="0022027E" w:rsidRDefault="0022027E"/>
    <w:p w14:paraId="67E32303" w14:textId="77777777" w:rsidR="0022027E" w:rsidRDefault="00E43F18">
      <w:r>
        <w:t>Attach a Safety Data Sheet for each applicable cleaning product or product identified in the Environmental Plan. Ensure documents are current, legible, and match the products used in the operation.</w:t>
      </w: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352"/>
      </w:tblGrid>
      <w:tr w:rsidR="0022027E" w14:paraId="4CCA35F6" w14:textId="77777777">
        <w:trPr>
          <w:jc w:val="center"/>
        </w:trPr>
        <w:tc>
          <w:tcPr>
            <w:tcW w:w="10368" w:type="dxa"/>
            <w:shd w:val="clear" w:color="auto" w:fill="F4F6F8"/>
          </w:tcPr>
          <w:p w14:paraId="0FC32760" w14:textId="77777777" w:rsidR="0022027E" w:rsidRDefault="00E43F18">
            <w:pPr>
              <w:spacing w:before="440" w:after="440"/>
              <w:jc w:val="center"/>
            </w:pPr>
            <w:r>
              <w:rPr>
                <w:b/>
                <w:color w:val="646464"/>
                <w:sz w:val="22"/>
              </w:rPr>
              <w:t>[Attach or insert Safety Data Sheet(s) here]</w:t>
            </w:r>
          </w:p>
        </w:tc>
      </w:tr>
    </w:tbl>
    <w:p w14:paraId="0484FF07" w14:textId="77777777" w:rsidR="0022027E" w:rsidRDefault="0022027E"/>
    <w:p w14:paraId="1C6A8F57" w14:textId="77777777" w:rsidR="00074E63" w:rsidRDefault="00074E63"/>
    <w:p w14:paraId="72EB5955" w14:textId="77777777" w:rsidR="00074E63" w:rsidRDefault="00074E63"/>
    <w:p w14:paraId="246EE9FC" w14:textId="77777777" w:rsidR="00074E63" w:rsidRDefault="00074E63"/>
    <w:p w14:paraId="5354083B" w14:textId="77777777" w:rsidR="00074E63" w:rsidRDefault="00074E63"/>
    <w:p w14:paraId="1BCFE532" w14:textId="77777777" w:rsidR="00074E63" w:rsidRDefault="00074E63"/>
    <w:p w14:paraId="1FDBCA6E" w14:textId="77777777" w:rsidR="00074E63" w:rsidRDefault="00074E63"/>
    <w:p w14:paraId="4B61B973" w14:textId="77777777" w:rsidR="00074E63" w:rsidRDefault="00074E63"/>
    <w:p w14:paraId="47A7CAC5" w14:textId="77777777" w:rsidR="00074E63" w:rsidRDefault="00074E63"/>
    <w:p w14:paraId="1CBF815A" w14:textId="77777777" w:rsidR="00074E63" w:rsidRDefault="00074E63"/>
    <w:p w14:paraId="0CABC780" w14:textId="77777777" w:rsidR="00074E63" w:rsidRDefault="00074E63"/>
    <w:p w14:paraId="716FA80A" w14:textId="77777777" w:rsidR="00074E63" w:rsidRDefault="00074E63"/>
    <w:p w14:paraId="6A49592A" w14:textId="77777777" w:rsidR="00074E63" w:rsidRDefault="00074E63"/>
    <w:p w14:paraId="4D5E19C2" w14:textId="77777777" w:rsidR="00074E63" w:rsidRDefault="00074E63"/>
    <w:p w14:paraId="1053765E" w14:textId="77777777" w:rsidR="00074E63" w:rsidRDefault="00074E63"/>
    <w:p w14:paraId="6A6C337D" w14:textId="77777777" w:rsidR="00074E63" w:rsidRDefault="00074E63"/>
    <w:p w14:paraId="2719E8F4" w14:textId="77777777" w:rsidR="00074E63" w:rsidRDefault="00074E63"/>
    <w:p w14:paraId="3A5A4DCB" w14:textId="77777777" w:rsidR="00074E63" w:rsidRDefault="00074E63"/>
    <w:p w14:paraId="5185F872" w14:textId="77777777" w:rsidR="00074E63" w:rsidRDefault="00074E63"/>
    <w:p w14:paraId="577BE883" w14:textId="77777777" w:rsidR="00074E63" w:rsidRDefault="00074E63"/>
    <w:p w14:paraId="099DB192" w14:textId="77777777" w:rsidR="00074E63" w:rsidRDefault="00074E63"/>
    <w:p w14:paraId="1E98A879" w14:textId="77777777" w:rsidR="00074E63" w:rsidRDefault="00074E63"/>
    <w:p w14:paraId="1F7E9E34" w14:textId="77777777" w:rsidR="00074E63" w:rsidRDefault="00074E63"/>
    <w:p w14:paraId="13AF978E" w14:textId="77777777" w:rsidR="00074E63" w:rsidRDefault="00074E63"/>
    <w:p w14:paraId="448E7821" w14:textId="77777777" w:rsidR="00074E63" w:rsidRDefault="00074E63"/>
    <w:p w14:paraId="1CF207F1" w14:textId="77777777" w:rsidR="00074E63" w:rsidRDefault="00074E63"/>
    <w:p w14:paraId="61943594" w14:textId="77777777" w:rsidR="00074E63" w:rsidRDefault="00074E63"/>
    <w:p w14:paraId="3EF00243" w14:textId="77777777" w:rsidR="00074E63" w:rsidRDefault="00074E63"/>
    <w:p w14:paraId="73B7AA67" w14:textId="77777777" w:rsidR="00074E63" w:rsidRDefault="00074E63"/>
    <w:p w14:paraId="76FCCEAE" w14:textId="77777777" w:rsidR="00074E63" w:rsidRDefault="00074E63"/>
    <w:p w14:paraId="06F981BD" w14:textId="77777777" w:rsidR="00074E63" w:rsidRDefault="00074E63"/>
    <w:p w14:paraId="7EEC1145" w14:textId="77777777" w:rsidR="00074E63" w:rsidRDefault="00074E63"/>
    <w:p w14:paraId="063195F6" w14:textId="77777777" w:rsidR="00074E63" w:rsidRDefault="00074E63"/>
    <w:p w14:paraId="7A1EA168" w14:textId="77777777" w:rsidR="00074E63" w:rsidRDefault="00074E63"/>
    <w:p w14:paraId="4DED1E21" w14:textId="77777777" w:rsidR="00074E63" w:rsidRDefault="00074E63"/>
    <w:tbl>
      <w:tblPr>
        <w:tblW w:w="0" w:type="auto"/>
        <w:jc w:val="center"/>
        <w:tblBorders>
          <w:top w:val="single" w:sz="6" w:space="0" w:color="9DBAD0"/>
          <w:left w:val="single" w:sz="6" w:space="0" w:color="9DBAD0"/>
          <w:bottom w:val="single" w:sz="6" w:space="0" w:color="9DBAD0"/>
          <w:right w:val="single" w:sz="6" w:space="0" w:color="9DBAD0"/>
          <w:insideH w:val="single" w:sz="6" w:space="0" w:color="9DBAD0"/>
          <w:insideV w:val="single" w:sz="6" w:space="0" w:color="9DBAD0"/>
        </w:tblBorders>
        <w:tblLook w:val="04A0" w:firstRow="1" w:lastRow="0" w:firstColumn="1" w:lastColumn="0" w:noHBand="0" w:noVBand="1"/>
      </w:tblPr>
      <w:tblGrid>
        <w:gridCol w:w="10352"/>
      </w:tblGrid>
      <w:tr w:rsidR="0022027E" w14:paraId="790D3389" w14:textId="77777777">
        <w:trPr>
          <w:jc w:val="center"/>
        </w:trPr>
        <w:tc>
          <w:tcPr>
            <w:tcW w:w="10368" w:type="dxa"/>
            <w:shd w:val="clear" w:color="auto" w:fill="EAF3F8"/>
          </w:tcPr>
          <w:p w14:paraId="7D386F27" w14:textId="77777777" w:rsidR="0022027E" w:rsidRDefault="00E43F18">
            <w:pPr>
              <w:spacing w:before="60" w:after="60"/>
            </w:pPr>
            <w:r>
              <w:rPr>
                <w:b/>
                <w:color w:val="1F4E79"/>
                <w:sz w:val="26"/>
              </w:rPr>
              <w:lastRenderedPageBreak/>
              <w:t>12. Final Applicant Review</w:t>
            </w:r>
          </w:p>
        </w:tc>
      </w:tr>
    </w:tbl>
    <w:p w14:paraId="0A7EFF17" w14:textId="77777777" w:rsidR="0022027E" w:rsidRDefault="0022027E"/>
    <w:p w14:paraId="450CD39F" w14:textId="77777777" w:rsidR="0022027E" w:rsidRDefault="00E43F18">
      <w:pPr>
        <w:pStyle w:val="ListBullet"/>
      </w:pPr>
      <w:r>
        <w:t>All applicable documents are attached.</w:t>
      </w:r>
    </w:p>
    <w:p w14:paraId="181F526E" w14:textId="77777777" w:rsidR="0022027E" w:rsidRDefault="00E43F18">
      <w:pPr>
        <w:pStyle w:val="ListBullet"/>
      </w:pPr>
      <w:r>
        <w:t>All placeholders have been replaced with applicant-specific information.</w:t>
      </w:r>
    </w:p>
    <w:p w14:paraId="04AA0D5F" w14:textId="77777777" w:rsidR="0022027E" w:rsidRDefault="00E43F18">
      <w:pPr>
        <w:pStyle w:val="ListBullet"/>
      </w:pPr>
      <w:r>
        <w:t>Maps, routes, photos, dimensions, and labels are clear and legible.</w:t>
      </w:r>
    </w:p>
    <w:p w14:paraId="0ACFACF6" w14:textId="77777777" w:rsidR="0022027E" w:rsidRDefault="00E43F18">
      <w:pPr>
        <w:pStyle w:val="ListBullet"/>
      </w:pPr>
      <w:r>
        <w:t>The proposed operation is specific to the park location(s) identified in the application.</w:t>
      </w:r>
    </w:p>
    <w:p w14:paraId="5C2B1CBA" w14:textId="77777777" w:rsidR="0022027E" w:rsidRDefault="00E43F18">
      <w:pPr>
        <w:pStyle w:val="ListBullet"/>
      </w:pPr>
      <w:r>
        <w:t>The applicant understands that approval, permit requirements, and conditions are determined through the application review process.</w:t>
      </w:r>
    </w:p>
    <w:sectPr w:rsidR="0022027E" w:rsidSect="00034616">
      <w:headerReference w:type="default" r:id="rId9"/>
      <w:footerReference w:type="default" r:id="rId10"/>
      <w:pgSz w:w="12240" w:h="15840"/>
      <w:pgMar w:top="864"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E386" w14:textId="77777777" w:rsidR="00CB7546" w:rsidRDefault="00CB7546">
      <w:pPr>
        <w:spacing w:after="0" w:line="240" w:lineRule="auto"/>
      </w:pPr>
      <w:r>
        <w:separator/>
      </w:r>
    </w:p>
  </w:endnote>
  <w:endnote w:type="continuationSeparator" w:id="0">
    <w:p w14:paraId="3A07E75E" w14:textId="77777777" w:rsidR="00CB7546" w:rsidRDefault="00CB7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7B67" w14:textId="77777777" w:rsidR="0022027E" w:rsidRDefault="00E43F18">
    <w:pPr>
      <w:pStyle w:val="Footer"/>
      <w:jc w:val="center"/>
    </w:pPr>
    <w:r>
      <w:rPr>
        <w:color w:val="646464"/>
        <w:sz w:val="16"/>
      </w:rPr>
      <w:t>Seasonal Vendor in Parks Program — Required Documents Template | Applicant Use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6690F" w14:textId="77777777" w:rsidR="00CB7546" w:rsidRDefault="00CB7546">
      <w:pPr>
        <w:spacing w:after="0" w:line="240" w:lineRule="auto"/>
      </w:pPr>
      <w:r>
        <w:separator/>
      </w:r>
    </w:p>
  </w:footnote>
  <w:footnote w:type="continuationSeparator" w:id="0">
    <w:p w14:paraId="78AD2E4B" w14:textId="77777777" w:rsidR="00CB7546" w:rsidRDefault="00CB75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0341" w14:textId="77777777" w:rsidR="0022027E" w:rsidRDefault="00E43F18">
    <w:pPr>
      <w:pStyle w:val="Header"/>
      <w:jc w:val="right"/>
    </w:pPr>
    <w:r>
      <w:rPr>
        <w:color w:val="5A5A5A"/>
        <w:sz w:val="16"/>
      </w:rPr>
      <w:t>City of Calgary | Parks — Seasonal Vendor in Parks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1962611">
    <w:abstractNumId w:val="8"/>
  </w:num>
  <w:num w:numId="2" w16cid:durableId="1067802943">
    <w:abstractNumId w:val="6"/>
  </w:num>
  <w:num w:numId="3" w16cid:durableId="1954745888">
    <w:abstractNumId w:val="5"/>
  </w:num>
  <w:num w:numId="4" w16cid:durableId="532694484">
    <w:abstractNumId w:val="4"/>
  </w:num>
  <w:num w:numId="5" w16cid:durableId="1461679632">
    <w:abstractNumId w:val="7"/>
  </w:num>
  <w:num w:numId="6" w16cid:durableId="2016686570">
    <w:abstractNumId w:val="3"/>
  </w:num>
  <w:num w:numId="7" w16cid:durableId="2126192080">
    <w:abstractNumId w:val="2"/>
  </w:num>
  <w:num w:numId="8" w16cid:durableId="1622111954">
    <w:abstractNumId w:val="1"/>
  </w:num>
  <w:num w:numId="9" w16cid:durableId="723679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4E63"/>
    <w:rsid w:val="0015074B"/>
    <w:rsid w:val="001C4582"/>
    <w:rsid w:val="0022027E"/>
    <w:rsid w:val="0029639D"/>
    <w:rsid w:val="00326F90"/>
    <w:rsid w:val="003A5FC5"/>
    <w:rsid w:val="00461FE7"/>
    <w:rsid w:val="006A27B0"/>
    <w:rsid w:val="006B7C8F"/>
    <w:rsid w:val="0075014B"/>
    <w:rsid w:val="00912FE1"/>
    <w:rsid w:val="009C2C9C"/>
    <w:rsid w:val="00A57982"/>
    <w:rsid w:val="00AA1D8D"/>
    <w:rsid w:val="00B47730"/>
    <w:rsid w:val="00C63B9C"/>
    <w:rsid w:val="00CB0664"/>
    <w:rsid w:val="00CB7546"/>
    <w:rsid w:val="00E43F18"/>
    <w:rsid w:val="00ED5290"/>
    <w:rsid w:val="00F0013C"/>
    <w:rsid w:val="00FB1C46"/>
    <w:rsid w:val="00FC09CF"/>
    <w:rsid w:val="00FC693F"/>
    <w:rsid w:val="00FE65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10F6D64-2B35-4A6E-94E1-723209C36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1F4E7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C8102E"/>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1182</Words>
  <Characters>6771</Characters>
  <Application>Microsoft Office Word</Application>
  <DocSecurity>0</DocSecurity>
  <Lines>538</Lines>
  <Paragraphs>144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 April</dc:creator>
  <cp:keywords/>
  <dc:description>generated by python-docx</dc:description>
  <cp:lastModifiedBy>Ash, April</cp:lastModifiedBy>
  <cp:revision>7</cp:revision>
  <dcterms:created xsi:type="dcterms:W3CDTF">2026-07-22T17:25:00Z</dcterms:created>
  <dcterms:modified xsi:type="dcterms:W3CDTF">2026-08-04T18:40:00Z</dcterms:modified>
  <cp:category/>
</cp:coreProperties>
</file>